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4D3E8F4" w14:textId="151D13FA" w:rsidR="00E4591B" w:rsidRDefault="00E4591B" w:rsidP="00E4591B">
      <w:pPr>
        <w:pStyle w:val="Title"/>
        <w:rPr>
          <w:rFonts w:ascii="Aptos" w:hAnsi="Aptos"/>
          <w:sz w:val="28"/>
          <w:szCs w:val="28"/>
        </w:rPr>
      </w:pPr>
      <w:r>
        <w:rPr>
          <w:rFonts w:ascii="Aptos" w:hAnsi="Aptos"/>
          <w:noProof/>
          <w:sz w:val="28"/>
          <w:szCs w:val="28"/>
        </w:rPr>
        <w:drawing>
          <wp:inline distT="0" distB="0" distL="0" distR="0" wp14:anchorId="63E4C5D1" wp14:editId="16C769F2">
            <wp:extent cx="3046861" cy="927105"/>
            <wp:effectExtent l="0" t="0" r="1270" b="0"/>
            <wp:docPr id="953730346" name="Picture 8" descr="A building with yellow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730346" name="Picture 8" descr="A building with yellow text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46199" cy="957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61EF">
        <w:rPr>
          <w:rFonts w:ascii="Aptos" w:hAnsi="Aptos"/>
          <w:sz w:val="28"/>
          <w:szCs w:val="28"/>
        </w:rPr>
        <w:t xml:space="preserve">             </w:t>
      </w:r>
      <w:r w:rsidR="006861EF" w:rsidRPr="006861EF">
        <w:rPr>
          <w:rFonts w:ascii="Aptos" w:hAnsi="Aptos"/>
          <w:noProof/>
          <w:sz w:val="28"/>
          <w:szCs w:val="28"/>
        </w:rPr>
        <w:drawing>
          <wp:inline distT="0" distB="0" distL="0" distR="0" wp14:anchorId="6F314387" wp14:editId="1130CCE7">
            <wp:extent cx="1912620" cy="915739"/>
            <wp:effectExtent l="0" t="0" r="5080" b="0"/>
            <wp:docPr id="1913141055" name="Picture 1" descr="A yellow sign with black lett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141055" name="Picture 1" descr="A yellow sign with black letters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33600" cy="925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52F98" w14:textId="77777777" w:rsidR="00E4591B" w:rsidRDefault="00E4591B" w:rsidP="006861EF">
      <w:pPr>
        <w:pStyle w:val="Title"/>
        <w:rPr>
          <w:rFonts w:ascii="Aptos" w:hAnsi="Aptos"/>
          <w:sz w:val="28"/>
          <w:szCs w:val="28"/>
        </w:rPr>
      </w:pPr>
    </w:p>
    <w:p w14:paraId="13949954" w14:textId="44D9AAAB" w:rsidR="000475EB" w:rsidRPr="006861EF" w:rsidRDefault="00000000" w:rsidP="000475EB">
      <w:pPr>
        <w:pStyle w:val="Title"/>
        <w:jc w:val="center"/>
        <w:rPr>
          <w:rFonts w:ascii="Aptos" w:hAnsi="Aptos"/>
          <w:b/>
          <w:bCs/>
          <w:sz w:val="28"/>
          <w:szCs w:val="28"/>
        </w:rPr>
      </w:pPr>
      <w:r w:rsidRPr="006861EF">
        <w:rPr>
          <w:rFonts w:ascii="Aptos" w:hAnsi="Aptos"/>
          <w:b/>
          <w:bCs/>
          <w:sz w:val="28"/>
          <w:szCs w:val="28"/>
        </w:rPr>
        <w:t>From Research to Reach:</w:t>
      </w:r>
    </w:p>
    <w:p w14:paraId="4F81F900" w14:textId="35979750" w:rsidR="00526543" w:rsidRPr="006861EF" w:rsidRDefault="00000000" w:rsidP="000475EB">
      <w:pPr>
        <w:pStyle w:val="Title"/>
        <w:jc w:val="center"/>
        <w:rPr>
          <w:rFonts w:ascii="Aptos" w:hAnsi="Aptos"/>
          <w:b/>
          <w:bCs/>
          <w:sz w:val="28"/>
          <w:szCs w:val="28"/>
        </w:rPr>
      </w:pPr>
      <w:r w:rsidRPr="006861EF">
        <w:rPr>
          <w:rFonts w:ascii="Aptos" w:hAnsi="Aptos"/>
          <w:b/>
          <w:bCs/>
          <w:sz w:val="28"/>
          <w:szCs w:val="28"/>
        </w:rPr>
        <w:t>Communicating Science Effectively on Social Media</w:t>
      </w:r>
    </w:p>
    <w:p w14:paraId="06F2861A" w14:textId="61F1BA7F" w:rsidR="00EF0360" w:rsidRPr="000F4FD0" w:rsidRDefault="0042396F" w:rsidP="00EF0360">
      <w:pPr>
        <w:rPr>
          <w:rFonts w:ascii="Aptos" w:hAnsi="Aptos"/>
          <w:sz w:val="24"/>
          <w:szCs w:val="24"/>
        </w:rPr>
      </w:pPr>
      <w:r w:rsidRPr="000F4FD0">
        <w:rPr>
          <w:rFonts w:ascii="Aptos" w:hAnsi="Aptos"/>
          <w:sz w:val="24"/>
          <w:szCs w:val="24"/>
        </w:rPr>
        <w:t xml:space="preserve">Dr </w:t>
      </w:r>
      <w:r w:rsidR="00EF0360" w:rsidRPr="000F4FD0">
        <w:rPr>
          <w:rFonts w:ascii="Aptos" w:hAnsi="Aptos"/>
          <w:sz w:val="24"/>
          <w:szCs w:val="24"/>
        </w:rPr>
        <w:t>Julio Gimenez, University of Westminster</w:t>
      </w:r>
    </w:p>
    <w:p w14:paraId="483A4A58" w14:textId="05AAB755" w:rsidR="00526543" w:rsidRPr="000F4FD0" w:rsidRDefault="00000000">
      <w:pPr>
        <w:rPr>
          <w:rFonts w:ascii="Aptos" w:hAnsi="Aptos"/>
          <w:sz w:val="24"/>
          <w:szCs w:val="24"/>
        </w:rPr>
      </w:pPr>
      <w:r w:rsidRPr="000F4FD0">
        <w:rPr>
          <w:rFonts w:ascii="Aptos" w:hAnsi="Aptos"/>
          <w:sz w:val="24"/>
          <w:szCs w:val="24"/>
        </w:rPr>
        <w:t xml:space="preserve">This hands-on workshop will help you explore practical models of science communication tailored for digital and social media. You will experiment with </w:t>
      </w:r>
      <w:proofErr w:type="gramStart"/>
      <w:r w:rsidR="00EF0360" w:rsidRPr="000F4FD0">
        <w:rPr>
          <w:rFonts w:ascii="Aptos" w:hAnsi="Aptos"/>
          <w:sz w:val="24"/>
          <w:szCs w:val="24"/>
        </w:rPr>
        <w:t>a number of</w:t>
      </w:r>
      <w:proofErr w:type="gramEnd"/>
      <w:r w:rsidR="00EF0360" w:rsidRPr="000F4FD0">
        <w:rPr>
          <w:rFonts w:ascii="Aptos" w:hAnsi="Aptos"/>
          <w:sz w:val="24"/>
          <w:szCs w:val="24"/>
        </w:rPr>
        <w:t xml:space="preserve"> strategies</w:t>
      </w:r>
      <w:r w:rsidRPr="000F4FD0">
        <w:rPr>
          <w:rFonts w:ascii="Aptos" w:hAnsi="Aptos"/>
          <w:sz w:val="24"/>
          <w:szCs w:val="24"/>
        </w:rPr>
        <w:t xml:space="preserve"> to communicate your research with clarity, creativity, and confidence.</w:t>
      </w:r>
    </w:p>
    <w:p w14:paraId="31CDFBB4" w14:textId="39DC0342" w:rsidR="00DE2B04" w:rsidRDefault="00000000">
      <w:pPr>
        <w:pStyle w:val="Heading1"/>
        <w:rPr>
          <w:rFonts w:ascii="Aptos" w:hAnsi="Aptos"/>
          <w:sz w:val="24"/>
          <w:szCs w:val="24"/>
        </w:rPr>
      </w:pPr>
      <w:r w:rsidRPr="000F4FD0">
        <w:rPr>
          <w:rFonts w:ascii="Aptos" w:hAnsi="Aptos"/>
          <w:sz w:val="24"/>
          <w:szCs w:val="24"/>
        </w:rPr>
        <w:t>1. Icebreaker: Memorable Science Post (</w:t>
      </w:r>
      <w:r w:rsidR="008C1F5D">
        <w:rPr>
          <w:rFonts w:ascii="Aptos" w:hAnsi="Aptos"/>
          <w:sz w:val="24"/>
          <w:szCs w:val="24"/>
        </w:rPr>
        <w:t>10</w:t>
      </w:r>
      <w:r w:rsidRPr="000F4FD0">
        <w:rPr>
          <w:rFonts w:ascii="Aptos" w:hAnsi="Aptos"/>
          <w:sz w:val="24"/>
          <w:szCs w:val="24"/>
        </w:rPr>
        <w:t xml:space="preserve"> mins)</w:t>
      </w:r>
    </w:p>
    <w:p w14:paraId="2AD242A5" w14:textId="405D53DE" w:rsidR="000475EB" w:rsidRDefault="00000000" w:rsidP="008E497B">
      <w:pPr>
        <w:pStyle w:val="Heading1"/>
        <w:spacing w:before="0" w:line="240" w:lineRule="auto"/>
        <w:rPr>
          <w:rFonts w:ascii="Aptos" w:hAnsi="Aptos"/>
          <w:b w:val="0"/>
          <w:bCs w:val="0"/>
          <w:color w:val="000000" w:themeColor="text1"/>
          <w:sz w:val="24"/>
          <w:szCs w:val="24"/>
        </w:rPr>
      </w:pPr>
      <w:r w:rsidRPr="00DE2B04">
        <w:rPr>
          <w:rFonts w:ascii="Aptos" w:hAnsi="Aptos"/>
          <w:b w:val="0"/>
          <w:bCs w:val="0"/>
          <w:color w:val="000000" w:themeColor="text1"/>
          <w:sz w:val="24"/>
          <w:szCs w:val="24"/>
        </w:rPr>
        <w:t>Think of the last piece of science communication you saw on social media that stuck with you. Write down:</w:t>
      </w:r>
    </w:p>
    <w:p w14:paraId="332AD243" w14:textId="77777777" w:rsidR="008E497B" w:rsidRPr="008E497B" w:rsidRDefault="008E497B" w:rsidP="008E497B">
      <w:pPr>
        <w:spacing w:after="0" w:line="240" w:lineRule="auto"/>
      </w:pPr>
    </w:p>
    <w:p w14:paraId="60FD9A19" w14:textId="77777777" w:rsidR="000475EB" w:rsidRDefault="00000000" w:rsidP="000475EB">
      <w:pPr>
        <w:pStyle w:val="Heading1"/>
        <w:numPr>
          <w:ilvl w:val="0"/>
          <w:numId w:val="17"/>
        </w:numPr>
        <w:spacing w:before="0" w:line="240" w:lineRule="auto"/>
        <w:rPr>
          <w:rFonts w:ascii="Aptos" w:hAnsi="Aptos"/>
          <w:b w:val="0"/>
          <w:bCs w:val="0"/>
          <w:color w:val="000000" w:themeColor="text1"/>
          <w:sz w:val="24"/>
          <w:szCs w:val="24"/>
        </w:rPr>
      </w:pPr>
      <w:r w:rsidRPr="00DE2B04">
        <w:rPr>
          <w:rFonts w:ascii="Aptos" w:hAnsi="Aptos"/>
          <w:b w:val="0"/>
          <w:bCs w:val="0"/>
          <w:color w:val="000000" w:themeColor="text1"/>
          <w:sz w:val="24"/>
          <w:szCs w:val="24"/>
        </w:rPr>
        <w:t>What platform it was on</w:t>
      </w:r>
    </w:p>
    <w:p w14:paraId="559719C8" w14:textId="6CB46E6F" w:rsidR="000475EB" w:rsidRDefault="00000000" w:rsidP="000475EB">
      <w:pPr>
        <w:pStyle w:val="Heading1"/>
        <w:numPr>
          <w:ilvl w:val="0"/>
          <w:numId w:val="17"/>
        </w:numPr>
        <w:spacing w:before="0" w:line="240" w:lineRule="auto"/>
        <w:rPr>
          <w:rFonts w:ascii="Aptos" w:hAnsi="Aptos"/>
          <w:b w:val="0"/>
          <w:bCs w:val="0"/>
          <w:color w:val="000000" w:themeColor="text1"/>
          <w:sz w:val="24"/>
          <w:szCs w:val="24"/>
        </w:rPr>
      </w:pPr>
      <w:r w:rsidRPr="00DE2B04">
        <w:rPr>
          <w:rFonts w:ascii="Aptos" w:hAnsi="Aptos"/>
          <w:b w:val="0"/>
          <w:bCs w:val="0"/>
          <w:color w:val="000000" w:themeColor="text1"/>
          <w:sz w:val="24"/>
          <w:szCs w:val="24"/>
        </w:rPr>
        <w:t>What made it memorable</w:t>
      </w:r>
    </w:p>
    <w:p w14:paraId="68848B4B" w14:textId="5B332ECB" w:rsidR="000475EB" w:rsidRPr="000475EB" w:rsidRDefault="000475EB" w:rsidP="000475EB">
      <w:pPr>
        <w:pStyle w:val="Heading1"/>
        <w:numPr>
          <w:ilvl w:val="0"/>
          <w:numId w:val="17"/>
        </w:numPr>
        <w:spacing w:before="0" w:line="240" w:lineRule="auto"/>
        <w:rPr>
          <w:rFonts w:ascii="Aptos" w:hAnsi="Aptos"/>
          <w:b w:val="0"/>
          <w:bCs w:val="0"/>
          <w:color w:val="000000" w:themeColor="text1"/>
          <w:sz w:val="24"/>
          <w:szCs w:val="24"/>
        </w:rPr>
      </w:pPr>
      <w:r w:rsidRPr="000475EB">
        <w:rPr>
          <w:rFonts w:ascii="Aptos" w:hAnsi="Aptos"/>
          <w:b w:val="0"/>
          <w:bCs w:val="0"/>
          <w:color w:val="000000" w:themeColor="text1"/>
          <w:sz w:val="24"/>
          <w:szCs w:val="24"/>
        </w:rPr>
        <w:t>Why it worked (or didn’t)</w:t>
      </w:r>
    </w:p>
    <w:p w14:paraId="163AF1B6" w14:textId="042AF91A" w:rsidR="00526543" w:rsidRPr="000F4FD0" w:rsidRDefault="00000000" w:rsidP="00DE2B04">
      <w:pPr>
        <w:pStyle w:val="Heading1"/>
        <w:spacing w:before="0" w:line="240" w:lineRule="auto"/>
        <w:rPr>
          <w:rFonts w:ascii="Aptos" w:hAnsi="Aptos"/>
          <w:sz w:val="24"/>
          <w:szCs w:val="24"/>
        </w:rPr>
      </w:pPr>
      <w:r w:rsidRPr="000F4FD0">
        <w:rPr>
          <w:rFonts w:ascii="Aptos" w:hAnsi="Aptos"/>
          <w:sz w:val="24"/>
          <w:szCs w:val="24"/>
        </w:rPr>
        <w:br/>
        <w:t>2. Principles of Effective Science Communication</w:t>
      </w:r>
      <w:r w:rsidR="00634F5E">
        <w:rPr>
          <w:rFonts w:ascii="Aptos" w:hAnsi="Aptos"/>
          <w:sz w:val="24"/>
          <w:szCs w:val="24"/>
        </w:rPr>
        <w:t>: 3 Cs</w:t>
      </w:r>
      <w:r w:rsidRPr="000F4FD0">
        <w:rPr>
          <w:rFonts w:ascii="Aptos" w:hAnsi="Aptos"/>
          <w:sz w:val="24"/>
          <w:szCs w:val="24"/>
        </w:rPr>
        <w:t xml:space="preserve"> (Notes</w:t>
      </w:r>
      <w:r w:rsidR="00A84C91">
        <w:rPr>
          <w:rFonts w:ascii="Aptos" w:hAnsi="Aptos"/>
          <w:sz w:val="24"/>
          <w:szCs w:val="24"/>
        </w:rPr>
        <w:t>, 15 mins</w:t>
      </w:r>
      <w:r w:rsidRPr="000F4FD0">
        <w:rPr>
          <w:rFonts w:ascii="Aptos" w:hAnsi="Aptos"/>
          <w:sz w:val="24"/>
          <w:szCs w:val="24"/>
        </w:rPr>
        <w:t>)</w:t>
      </w:r>
    </w:p>
    <w:p w14:paraId="0A9600DF" w14:textId="1980B432" w:rsidR="005F3853" w:rsidRPr="006861EF" w:rsidRDefault="00000000" w:rsidP="000F4FD0">
      <w:pPr>
        <w:rPr>
          <w:rFonts w:ascii="Aptos" w:hAnsi="Aptos"/>
          <w:sz w:val="24"/>
          <w:szCs w:val="24"/>
        </w:rPr>
      </w:pPr>
      <w:r w:rsidRPr="000F4FD0">
        <w:rPr>
          <w:rFonts w:ascii="Aptos" w:hAnsi="Aptos"/>
          <w:sz w:val="24"/>
          <w:szCs w:val="24"/>
        </w:rPr>
        <w:t xml:space="preserve">Clarity – </w:t>
      </w:r>
      <w:r w:rsidR="005F3853">
        <w:rPr>
          <w:rFonts w:ascii="Aptos" w:hAnsi="Aptos"/>
          <w:sz w:val="24"/>
          <w:szCs w:val="24"/>
        </w:rPr>
        <w:t xml:space="preserve">use plain language, </w:t>
      </w:r>
      <w:r w:rsidRPr="000F4FD0">
        <w:rPr>
          <w:rFonts w:ascii="Aptos" w:hAnsi="Aptos"/>
          <w:sz w:val="24"/>
          <w:szCs w:val="24"/>
        </w:rPr>
        <w:t>avoid jargon, use analogies</w:t>
      </w:r>
      <w:r w:rsidRPr="000F4FD0">
        <w:rPr>
          <w:rFonts w:ascii="Aptos" w:hAnsi="Aptos"/>
          <w:sz w:val="24"/>
          <w:szCs w:val="24"/>
        </w:rPr>
        <w:br/>
        <w:t>Creativity – visuals, storytelling, humour</w:t>
      </w:r>
      <w:r w:rsidR="003B3F37" w:rsidRPr="000F4FD0">
        <w:rPr>
          <w:rFonts w:ascii="Aptos" w:hAnsi="Aptos"/>
          <w:sz w:val="24"/>
          <w:szCs w:val="24"/>
        </w:rPr>
        <w:t xml:space="preserve"> (but…)</w:t>
      </w:r>
      <w:r w:rsidRPr="000F4FD0">
        <w:rPr>
          <w:rFonts w:ascii="Aptos" w:hAnsi="Aptos"/>
          <w:sz w:val="24"/>
          <w:szCs w:val="24"/>
        </w:rPr>
        <w:br/>
        <w:t>Credibility – accuracy, referencing, transparency</w:t>
      </w:r>
    </w:p>
    <w:p w14:paraId="772B03E4" w14:textId="0F9963CA" w:rsidR="000F4FD0" w:rsidRDefault="000F4FD0" w:rsidP="000F4FD0">
      <w:pPr>
        <w:rPr>
          <w:rFonts w:ascii="Aptos" w:hAnsi="Aptos"/>
          <w:sz w:val="24"/>
          <w:szCs w:val="24"/>
        </w:rPr>
      </w:pPr>
      <w:r w:rsidRPr="000F4FD0">
        <w:rPr>
          <w:rFonts w:ascii="Aptos" w:hAnsi="Aptos"/>
          <w:b/>
          <w:bCs/>
          <w:sz w:val="24"/>
          <w:szCs w:val="24"/>
        </w:rPr>
        <w:t>Further readin</w:t>
      </w:r>
      <w:r>
        <w:rPr>
          <w:rFonts w:ascii="Aptos" w:hAnsi="Aptos"/>
          <w:b/>
          <w:bCs/>
          <w:sz w:val="24"/>
          <w:szCs w:val="24"/>
        </w:rPr>
        <w:t>gs</w:t>
      </w:r>
      <w:r w:rsidRPr="000F4FD0">
        <w:rPr>
          <w:rFonts w:ascii="Aptos" w:hAnsi="Aptos"/>
          <w:sz w:val="24"/>
          <w:szCs w:val="24"/>
        </w:rPr>
        <w:t xml:space="preserve">: </w:t>
      </w:r>
    </w:p>
    <w:p w14:paraId="53DB21B1" w14:textId="79C2C15A" w:rsidR="00F832F7" w:rsidRDefault="000F4FD0" w:rsidP="000F4FD0">
      <w:pPr>
        <w:ind w:left="720" w:hanging="720"/>
        <w:rPr>
          <w:rFonts w:ascii="Aptos" w:hAnsi="Aptos"/>
          <w:sz w:val="24"/>
          <w:szCs w:val="24"/>
        </w:rPr>
      </w:pPr>
      <w:r w:rsidRPr="000F4FD0">
        <w:rPr>
          <w:rFonts w:ascii="Aptos" w:hAnsi="Aptos"/>
          <w:sz w:val="24"/>
          <w:szCs w:val="24"/>
        </w:rPr>
        <w:t>Gimenez, J</w:t>
      </w:r>
      <w:r>
        <w:rPr>
          <w:rFonts w:ascii="Aptos" w:hAnsi="Aptos"/>
          <w:sz w:val="24"/>
          <w:szCs w:val="24"/>
        </w:rPr>
        <w:t>.</w:t>
      </w:r>
      <w:r w:rsidRPr="000F4FD0">
        <w:rPr>
          <w:rFonts w:ascii="Aptos" w:hAnsi="Aptos"/>
          <w:sz w:val="24"/>
          <w:szCs w:val="24"/>
        </w:rPr>
        <w:t>, Baldwin, M</w:t>
      </w:r>
      <w:r>
        <w:rPr>
          <w:rFonts w:ascii="Aptos" w:hAnsi="Aptos"/>
          <w:sz w:val="24"/>
          <w:szCs w:val="24"/>
        </w:rPr>
        <w:t>.</w:t>
      </w:r>
      <w:r w:rsidRPr="000F4FD0">
        <w:rPr>
          <w:rFonts w:ascii="Aptos" w:hAnsi="Aptos"/>
          <w:sz w:val="24"/>
          <w:szCs w:val="24"/>
        </w:rPr>
        <w:t>, Breen, P</w:t>
      </w:r>
      <w:r>
        <w:rPr>
          <w:rFonts w:ascii="Aptos" w:hAnsi="Aptos"/>
          <w:sz w:val="24"/>
          <w:szCs w:val="24"/>
        </w:rPr>
        <w:t>.</w:t>
      </w:r>
      <w:r w:rsidRPr="000F4FD0">
        <w:rPr>
          <w:rFonts w:ascii="Aptos" w:hAnsi="Aptos"/>
          <w:sz w:val="24"/>
          <w:szCs w:val="24"/>
        </w:rPr>
        <w:t>, Green, J</w:t>
      </w:r>
      <w:r>
        <w:rPr>
          <w:rFonts w:ascii="Aptos" w:hAnsi="Aptos"/>
          <w:sz w:val="24"/>
          <w:szCs w:val="24"/>
        </w:rPr>
        <w:t>.</w:t>
      </w:r>
      <w:r w:rsidRPr="000F4FD0">
        <w:rPr>
          <w:rFonts w:ascii="Aptos" w:hAnsi="Aptos"/>
          <w:sz w:val="24"/>
          <w:szCs w:val="24"/>
        </w:rPr>
        <w:t>, Gutierrez, E</w:t>
      </w:r>
      <w:r>
        <w:rPr>
          <w:rFonts w:ascii="Aptos" w:hAnsi="Aptos"/>
          <w:sz w:val="24"/>
          <w:szCs w:val="24"/>
        </w:rPr>
        <w:t>.</w:t>
      </w:r>
      <w:r w:rsidRPr="000F4FD0">
        <w:rPr>
          <w:rFonts w:ascii="Aptos" w:hAnsi="Aptos"/>
          <w:sz w:val="24"/>
          <w:szCs w:val="24"/>
        </w:rPr>
        <w:t>, Paterson, R</w:t>
      </w:r>
      <w:r>
        <w:rPr>
          <w:rFonts w:ascii="Aptos" w:hAnsi="Aptos"/>
          <w:sz w:val="24"/>
          <w:szCs w:val="24"/>
        </w:rPr>
        <w:t>.</w:t>
      </w:r>
      <w:r w:rsidRPr="000F4FD0">
        <w:rPr>
          <w:rFonts w:ascii="Aptos" w:hAnsi="Aptos"/>
          <w:sz w:val="24"/>
          <w:szCs w:val="24"/>
        </w:rPr>
        <w:t>, Pearson, J</w:t>
      </w:r>
      <w:r>
        <w:rPr>
          <w:rFonts w:ascii="Aptos" w:hAnsi="Aptos"/>
          <w:sz w:val="24"/>
          <w:szCs w:val="24"/>
        </w:rPr>
        <w:t>.</w:t>
      </w:r>
      <w:r w:rsidRPr="000F4FD0">
        <w:rPr>
          <w:rFonts w:ascii="Aptos" w:hAnsi="Aptos"/>
          <w:sz w:val="24"/>
          <w:szCs w:val="24"/>
        </w:rPr>
        <w:t>, Percy, M</w:t>
      </w:r>
      <w:r>
        <w:rPr>
          <w:rFonts w:ascii="Aptos" w:hAnsi="Aptos"/>
          <w:sz w:val="24"/>
          <w:szCs w:val="24"/>
        </w:rPr>
        <w:t>.</w:t>
      </w:r>
      <w:r w:rsidRPr="000F4FD0">
        <w:rPr>
          <w:rFonts w:ascii="Aptos" w:hAnsi="Aptos"/>
          <w:sz w:val="24"/>
          <w:szCs w:val="24"/>
        </w:rPr>
        <w:t>, Specht, D</w:t>
      </w:r>
      <w:r>
        <w:rPr>
          <w:rFonts w:ascii="Aptos" w:hAnsi="Aptos"/>
          <w:sz w:val="24"/>
          <w:szCs w:val="24"/>
        </w:rPr>
        <w:t>.</w:t>
      </w:r>
      <w:r w:rsidRPr="000F4FD0">
        <w:rPr>
          <w:rFonts w:ascii="Aptos" w:hAnsi="Aptos"/>
          <w:sz w:val="24"/>
          <w:szCs w:val="24"/>
        </w:rPr>
        <w:t xml:space="preserve"> </w:t>
      </w:r>
      <w:r>
        <w:rPr>
          <w:rFonts w:ascii="Aptos" w:hAnsi="Aptos"/>
          <w:sz w:val="24"/>
          <w:szCs w:val="24"/>
        </w:rPr>
        <w:t>&amp;</w:t>
      </w:r>
      <w:r w:rsidRPr="000F4FD0">
        <w:rPr>
          <w:rFonts w:ascii="Aptos" w:hAnsi="Aptos"/>
          <w:sz w:val="24"/>
          <w:szCs w:val="24"/>
        </w:rPr>
        <w:t xml:space="preserve"> Waddell, G.</w:t>
      </w:r>
      <w:r>
        <w:rPr>
          <w:rFonts w:ascii="Aptos" w:hAnsi="Aptos"/>
          <w:sz w:val="24"/>
          <w:szCs w:val="24"/>
        </w:rPr>
        <w:t xml:space="preserve"> (2020).</w:t>
      </w:r>
      <w:r w:rsidRPr="000F4FD0">
        <w:rPr>
          <w:rFonts w:ascii="Aptos" w:hAnsi="Aptos"/>
          <w:sz w:val="24"/>
          <w:szCs w:val="24"/>
        </w:rPr>
        <w:t xml:space="preserve"> Reproduced, reinterpreted, lost: Trajectories of scientific knowledge across contexts</w:t>
      </w:r>
      <w:r>
        <w:rPr>
          <w:rFonts w:ascii="Aptos" w:hAnsi="Aptos"/>
          <w:sz w:val="24"/>
          <w:szCs w:val="24"/>
        </w:rPr>
        <w:t xml:space="preserve">. </w:t>
      </w:r>
      <w:r w:rsidRPr="000F4FD0">
        <w:rPr>
          <w:rFonts w:ascii="Aptos" w:hAnsi="Aptos"/>
          <w:i/>
          <w:iCs/>
          <w:sz w:val="24"/>
          <w:szCs w:val="24"/>
        </w:rPr>
        <w:t>Text &amp; Talk</w:t>
      </w:r>
      <w:r w:rsidRPr="000F4FD0">
        <w:rPr>
          <w:rFonts w:ascii="Aptos" w:hAnsi="Aptos"/>
          <w:sz w:val="24"/>
          <w:szCs w:val="24"/>
        </w:rPr>
        <w:t xml:space="preserve">, 40, 3, 293-324. </w:t>
      </w:r>
      <w:hyperlink r:id="rId10" w:history="1">
        <w:r w:rsidR="00F832F7" w:rsidRPr="00457234">
          <w:rPr>
            <w:rStyle w:val="Hyperlink"/>
            <w:rFonts w:ascii="Aptos" w:hAnsi="Aptos"/>
            <w:sz w:val="24"/>
            <w:szCs w:val="24"/>
          </w:rPr>
          <w:t>https://doi.org/10.1515/text-2020-2059</w:t>
        </w:r>
      </w:hyperlink>
    </w:p>
    <w:p w14:paraId="01342FFA" w14:textId="77777777" w:rsidR="00634F5E" w:rsidRDefault="000F4FD0" w:rsidP="00634F5E">
      <w:pPr>
        <w:ind w:left="720" w:hanging="720"/>
        <w:rPr>
          <w:rFonts w:ascii="Aptos" w:hAnsi="Aptos"/>
          <w:sz w:val="24"/>
          <w:szCs w:val="24"/>
        </w:rPr>
      </w:pPr>
      <w:r w:rsidRPr="000F4FD0">
        <w:rPr>
          <w:rFonts w:ascii="Aptos" w:hAnsi="Aptos"/>
          <w:sz w:val="24"/>
          <w:szCs w:val="24"/>
        </w:rPr>
        <w:t>Sedgwick,</w:t>
      </w:r>
      <w:r>
        <w:rPr>
          <w:rFonts w:ascii="Aptos" w:hAnsi="Aptos"/>
          <w:sz w:val="24"/>
          <w:szCs w:val="24"/>
        </w:rPr>
        <w:t xml:space="preserve"> C.,</w:t>
      </w:r>
      <w:r w:rsidRPr="000F4FD0">
        <w:rPr>
          <w:rFonts w:ascii="Aptos" w:hAnsi="Aptos"/>
          <w:sz w:val="24"/>
          <w:szCs w:val="24"/>
        </w:rPr>
        <w:t xml:space="preserve"> Belmonte,</w:t>
      </w:r>
      <w:r>
        <w:rPr>
          <w:rFonts w:ascii="Aptos" w:hAnsi="Aptos"/>
          <w:sz w:val="24"/>
          <w:szCs w:val="24"/>
        </w:rPr>
        <w:t xml:space="preserve"> L., </w:t>
      </w:r>
      <w:r w:rsidRPr="000F4FD0">
        <w:rPr>
          <w:rFonts w:ascii="Aptos" w:hAnsi="Aptos"/>
          <w:sz w:val="24"/>
          <w:szCs w:val="24"/>
        </w:rPr>
        <w:t>Margolis,</w:t>
      </w:r>
      <w:r>
        <w:rPr>
          <w:rFonts w:ascii="Aptos" w:hAnsi="Aptos"/>
          <w:sz w:val="24"/>
          <w:szCs w:val="24"/>
        </w:rPr>
        <w:t xml:space="preserve"> A.,</w:t>
      </w:r>
      <w:r w:rsidRPr="000F4FD0">
        <w:rPr>
          <w:rFonts w:ascii="Aptos" w:hAnsi="Aptos"/>
          <w:sz w:val="24"/>
          <w:szCs w:val="24"/>
        </w:rPr>
        <w:t xml:space="preserve"> Osborn Shafer,</w:t>
      </w:r>
      <w:r>
        <w:rPr>
          <w:rFonts w:ascii="Aptos" w:hAnsi="Aptos"/>
          <w:sz w:val="24"/>
          <w:szCs w:val="24"/>
        </w:rPr>
        <w:t xml:space="preserve"> P., </w:t>
      </w:r>
      <w:r w:rsidRPr="000F4FD0">
        <w:rPr>
          <w:rFonts w:ascii="Aptos" w:hAnsi="Aptos"/>
          <w:sz w:val="24"/>
          <w:szCs w:val="24"/>
        </w:rPr>
        <w:t>Pitterle,</w:t>
      </w:r>
      <w:r>
        <w:rPr>
          <w:rFonts w:ascii="Aptos" w:hAnsi="Aptos"/>
          <w:sz w:val="24"/>
          <w:szCs w:val="24"/>
        </w:rPr>
        <w:t xml:space="preserve"> J., &amp;</w:t>
      </w:r>
      <w:r w:rsidRPr="000F4FD0">
        <w:rPr>
          <w:rFonts w:ascii="Aptos" w:hAnsi="Aptos"/>
          <w:sz w:val="24"/>
          <w:szCs w:val="24"/>
        </w:rPr>
        <w:t xml:space="preserve"> </w:t>
      </w:r>
      <w:proofErr w:type="spellStart"/>
      <w:r w:rsidRPr="000F4FD0">
        <w:rPr>
          <w:rFonts w:ascii="Aptos" w:hAnsi="Aptos"/>
          <w:sz w:val="24"/>
          <w:szCs w:val="24"/>
        </w:rPr>
        <w:t>Gidal</w:t>
      </w:r>
      <w:proofErr w:type="spellEnd"/>
      <w:r w:rsidRPr="000F4FD0">
        <w:rPr>
          <w:rFonts w:ascii="Aptos" w:hAnsi="Aptos"/>
          <w:sz w:val="24"/>
          <w:szCs w:val="24"/>
        </w:rPr>
        <w:t>,</w:t>
      </w:r>
      <w:r>
        <w:rPr>
          <w:rFonts w:ascii="Aptos" w:hAnsi="Aptos"/>
          <w:sz w:val="24"/>
          <w:szCs w:val="24"/>
        </w:rPr>
        <w:t xml:space="preserve"> B. E. (2021). </w:t>
      </w:r>
      <w:r w:rsidRPr="000F4FD0">
        <w:rPr>
          <w:rFonts w:ascii="Aptos" w:hAnsi="Aptos"/>
          <w:sz w:val="24"/>
          <w:szCs w:val="24"/>
        </w:rPr>
        <w:t>Extending the reach of science – Talk in plain language,</w:t>
      </w:r>
      <w:r>
        <w:rPr>
          <w:rFonts w:ascii="Aptos" w:hAnsi="Aptos"/>
          <w:sz w:val="24"/>
          <w:szCs w:val="24"/>
        </w:rPr>
        <w:t xml:space="preserve"> </w:t>
      </w:r>
      <w:r w:rsidRPr="000F4FD0">
        <w:rPr>
          <w:rFonts w:ascii="Aptos" w:hAnsi="Aptos"/>
          <w:i/>
          <w:iCs/>
          <w:sz w:val="24"/>
          <w:szCs w:val="24"/>
        </w:rPr>
        <w:t xml:space="preserve">Epilepsy &amp; </w:t>
      </w:r>
      <w:proofErr w:type="spellStart"/>
      <w:r w:rsidRPr="000F4FD0">
        <w:rPr>
          <w:rFonts w:ascii="Aptos" w:hAnsi="Aptos"/>
          <w:i/>
          <w:iCs/>
          <w:sz w:val="24"/>
          <w:szCs w:val="24"/>
        </w:rPr>
        <w:t>Behavior</w:t>
      </w:r>
      <w:proofErr w:type="spellEnd"/>
      <w:r w:rsidRPr="000F4FD0">
        <w:rPr>
          <w:rFonts w:ascii="Aptos" w:hAnsi="Aptos"/>
          <w:i/>
          <w:iCs/>
          <w:sz w:val="24"/>
          <w:szCs w:val="24"/>
        </w:rPr>
        <w:t xml:space="preserve"> Reports</w:t>
      </w:r>
      <w:r w:rsidRPr="000F4FD0">
        <w:rPr>
          <w:rFonts w:ascii="Aptos" w:hAnsi="Aptos"/>
          <w:sz w:val="24"/>
          <w:szCs w:val="24"/>
        </w:rPr>
        <w:t>,</w:t>
      </w:r>
      <w:r>
        <w:rPr>
          <w:rFonts w:ascii="Aptos" w:hAnsi="Aptos"/>
          <w:sz w:val="24"/>
          <w:szCs w:val="24"/>
        </w:rPr>
        <w:t xml:space="preserve"> </w:t>
      </w:r>
      <w:r w:rsidRPr="000F4FD0">
        <w:rPr>
          <w:rFonts w:ascii="Aptos" w:hAnsi="Aptos"/>
          <w:sz w:val="24"/>
          <w:szCs w:val="24"/>
        </w:rPr>
        <w:t>16,</w:t>
      </w:r>
      <w:r>
        <w:rPr>
          <w:rFonts w:ascii="Aptos" w:hAnsi="Aptos"/>
          <w:sz w:val="24"/>
          <w:szCs w:val="24"/>
        </w:rPr>
        <w:t xml:space="preserve"> </w:t>
      </w:r>
      <w:r w:rsidRPr="000F4FD0">
        <w:rPr>
          <w:rFonts w:ascii="Aptos" w:hAnsi="Aptos"/>
          <w:sz w:val="24"/>
          <w:szCs w:val="24"/>
        </w:rPr>
        <w:t>100493</w:t>
      </w:r>
      <w:r>
        <w:rPr>
          <w:rFonts w:ascii="Aptos" w:hAnsi="Aptos"/>
          <w:sz w:val="24"/>
          <w:szCs w:val="24"/>
        </w:rPr>
        <w:t xml:space="preserve">, </w:t>
      </w:r>
      <w:hyperlink r:id="rId11" w:history="1">
        <w:r w:rsidRPr="00457234">
          <w:rPr>
            <w:rStyle w:val="Hyperlink"/>
            <w:rFonts w:ascii="Aptos" w:hAnsi="Aptos"/>
            <w:sz w:val="24"/>
            <w:szCs w:val="24"/>
          </w:rPr>
          <w:t>https://doi.org/10.1016/j.ebr.2021.100493</w:t>
        </w:r>
      </w:hyperlink>
      <w:r>
        <w:rPr>
          <w:rFonts w:ascii="Aptos" w:hAnsi="Aptos"/>
          <w:sz w:val="24"/>
          <w:szCs w:val="24"/>
        </w:rPr>
        <w:t xml:space="preserve"> </w:t>
      </w:r>
    </w:p>
    <w:p w14:paraId="7889C18C" w14:textId="77777777" w:rsidR="00293B5E" w:rsidRDefault="00293B5E" w:rsidP="006861EF">
      <w:pPr>
        <w:rPr>
          <w:rFonts w:ascii="Aptos" w:hAnsi="Aptos"/>
          <w:sz w:val="24"/>
          <w:szCs w:val="24"/>
        </w:rPr>
      </w:pPr>
    </w:p>
    <w:p w14:paraId="0D6FD009" w14:textId="0D04E810" w:rsidR="00634F5E" w:rsidRDefault="00000000" w:rsidP="00634F5E">
      <w:pPr>
        <w:pStyle w:val="Heading1"/>
        <w:rPr>
          <w:rFonts w:ascii="Aptos" w:hAnsi="Aptos"/>
          <w:sz w:val="24"/>
          <w:szCs w:val="24"/>
        </w:rPr>
      </w:pPr>
      <w:r w:rsidRPr="000F4FD0">
        <w:rPr>
          <w:rFonts w:ascii="Aptos" w:hAnsi="Aptos"/>
          <w:sz w:val="24"/>
          <w:szCs w:val="24"/>
        </w:rPr>
        <w:lastRenderedPageBreak/>
        <w:t xml:space="preserve">3. </w:t>
      </w:r>
      <w:r w:rsidR="00634F5E">
        <w:rPr>
          <w:rFonts w:ascii="Aptos" w:hAnsi="Aptos"/>
          <w:sz w:val="24"/>
          <w:szCs w:val="24"/>
        </w:rPr>
        <w:t>Strategies</w:t>
      </w:r>
      <w:r w:rsidR="00B70D51">
        <w:rPr>
          <w:rFonts w:ascii="Aptos" w:hAnsi="Aptos"/>
          <w:sz w:val="24"/>
          <w:szCs w:val="24"/>
        </w:rPr>
        <w:t xml:space="preserve"> (10 mins)</w:t>
      </w:r>
    </w:p>
    <w:p w14:paraId="3EC8862B" w14:textId="52089C83" w:rsidR="006C4DC6" w:rsidRDefault="002739CC" w:rsidP="00293B5E">
      <w:pPr>
        <w:spacing w:after="0" w:line="240" w:lineRule="auto"/>
        <w:outlineLvl w:val="1"/>
        <w:rPr>
          <w:rFonts w:ascii="Aptos" w:hAnsi="Aptos"/>
          <w:sz w:val="24"/>
          <w:szCs w:val="24"/>
        </w:rPr>
      </w:pPr>
      <w:r w:rsidRPr="002739CC">
        <w:rPr>
          <w:rFonts w:ascii="Aptos" w:hAnsi="Aptos"/>
          <w:sz w:val="24"/>
          <w:szCs w:val="24"/>
        </w:rPr>
        <w:t xml:space="preserve">One </w:t>
      </w:r>
      <w:r>
        <w:rPr>
          <w:rFonts w:ascii="Aptos" w:hAnsi="Aptos"/>
          <w:sz w:val="24"/>
          <w:szCs w:val="24"/>
        </w:rPr>
        <w:t>useful way of planning your science communication online is to</w:t>
      </w:r>
      <w:r w:rsidR="006C4DC6">
        <w:rPr>
          <w:rFonts w:ascii="Aptos" w:hAnsi="Aptos"/>
          <w:sz w:val="24"/>
          <w:szCs w:val="24"/>
        </w:rPr>
        <w:t xml:space="preserve"> start by</w:t>
      </w:r>
      <w:r>
        <w:rPr>
          <w:rFonts w:ascii="Aptos" w:hAnsi="Aptos"/>
          <w:sz w:val="24"/>
          <w:szCs w:val="24"/>
        </w:rPr>
        <w:t xml:space="preserve"> </w:t>
      </w:r>
    </w:p>
    <w:p w14:paraId="216C8EB3" w14:textId="49B45459" w:rsidR="006C4DC6" w:rsidRDefault="006C4DC6" w:rsidP="006C4DC6">
      <w:pPr>
        <w:pStyle w:val="ListParagraph"/>
        <w:numPr>
          <w:ilvl w:val="0"/>
          <w:numId w:val="19"/>
        </w:numPr>
        <w:spacing w:after="0" w:line="240" w:lineRule="auto"/>
        <w:outlineLvl w:val="1"/>
        <w:rPr>
          <w:rFonts w:ascii="Aptos" w:hAnsi="Aptos"/>
          <w:sz w:val="24"/>
          <w:szCs w:val="24"/>
        </w:rPr>
      </w:pPr>
      <w:r w:rsidRPr="006C4DC6">
        <w:rPr>
          <w:rFonts w:ascii="Aptos" w:hAnsi="Aptos"/>
          <w:b/>
          <w:bCs/>
          <w:sz w:val="24"/>
          <w:szCs w:val="24"/>
        </w:rPr>
        <w:t>Reflecting</w:t>
      </w:r>
      <w:r>
        <w:rPr>
          <w:rFonts w:ascii="Aptos" w:hAnsi="Aptos"/>
          <w:sz w:val="24"/>
          <w:szCs w:val="24"/>
        </w:rPr>
        <w:t xml:space="preserve"> on your aims, audience, platform and audience engagement</w:t>
      </w:r>
    </w:p>
    <w:p w14:paraId="6A21AF37" w14:textId="612BDB8A" w:rsidR="006C4DC6" w:rsidRDefault="006C4DC6" w:rsidP="006C4DC6">
      <w:pPr>
        <w:pStyle w:val="ListParagraph"/>
        <w:numPr>
          <w:ilvl w:val="0"/>
          <w:numId w:val="19"/>
        </w:numPr>
        <w:spacing w:after="0" w:line="240" w:lineRule="auto"/>
        <w:outlineLvl w:val="1"/>
        <w:rPr>
          <w:rFonts w:ascii="Aptos" w:hAnsi="Aptos"/>
          <w:sz w:val="24"/>
          <w:szCs w:val="24"/>
        </w:rPr>
      </w:pPr>
      <w:r w:rsidRPr="006C4DC6">
        <w:rPr>
          <w:rFonts w:ascii="Aptos" w:hAnsi="Aptos"/>
          <w:sz w:val="24"/>
          <w:szCs w:val="24"/>
        </w:rPr>
        <w:t>Exploring</w:t>
      </w:r>
      <w:r>
        <w:rPr>
          <w:rFonts w:ascii="Aptos" w:hAnsi="Aptos"/>
          <w:b/>
          <w:bCs/>
          <w:sz w:val="24"/>
          <w:szCs w:val="24"/>
        </w:rPr>
        <w:t xml:space="preserve"> </w:t>
      </w:r>
      <w:r w:rsidRPr="006C4DC6">
        <w:rPr>
          <w:rFonts w:ascii="Aptos" w:hAnsi="Aptos"/>
          <w:sz w:val="24"/>
          <w:szCs w:val="24"/>
        </w:rPr>
        <w:t>the different</w:t>
      </w:r>
      <w:r>
        <w:rPr>
          <w:rFonts w:ascii="Aptos" w:hAnsi="Aptos"/>
          <w:b/>
          <w:bCs/>
          <w:sz w:val="24"/>
          <w:szCs w:val="24"/>
        </w:rPr>
        <w:t xml:space="preserve"> </w:t>
      </w:r>
      <w:proofErr w:type="gramStart"/>
      <w:r>
        <w:rPr>
          <w:rFonts w:ascii="Aptos" w:hAnsi="Aptos"/>
          <w:b/>
          <w:bCs/>
          <w:sz w:val="24"/>
          <w:szCs w:val="24"/>
        </w:rPr>
        <w:t>Possibilities</w:t>
      </w:r>
      <w:proofErr w:type="gramEnd"/>
      <w:r>
        <w:rPr>
          <w:rFonts w:ascii="Aptos" w:hAnsi="Aptos"/>
          <w:sz w:val="24"/>
          <w:szCs w:val="24"/>
        </w:rPr>
        <w:t xml:space="preserve"> you have for each of the aspects you reflected upon</w:t>
      </w:r>
    </w:p>
    <w:p w14:paraId="3220E3B4" w14:textId="77777777" w:rsidR="006C4DC6" w:rsidRDefault="006C4DC6" w:rsidP="006C4DC6">
      <w:pPr>
        <w:pStyle w:val="ListParagraph"/>
        <w:numPr>
          <w:ilvl w:val="0"/>
          <w:numId w:val="19"/>
        </w:numPr>
        <w:spacing w:after="0" w:line="240" w:lineRule="auto"/>
        <w:outlineLvl w:val="1"/>
        <w:rPr>
          <w:rFonts w:ascii="Aptos" w:hAnsi="Aptos"/>
          <w:sz w:val="24"/>
          <w:szCs w:val="24"/>
        </w:rPr>
      </w:pPr>
      <w:r w:rsidRPr="006C4DC6">
        <w:rPr>
          <w:rFonts w:ascii="Aptos" w:hAnsi="Aptos"/>
          <w:b/>
          <w:bCs/>
          <w:sz w:val="24"/>
          <w:szCs w:val="24"/>
        </w:rPr>
        <w:t>Researching</w:t>
      </w:r>
      <w:r>
        <w:rPr>
          <w:rFonts w:ascii="Aptos" w:hAnsi="Aptos"/>
          <w:sz w:val="24"/>
          <w:szCs w:val="24"/>
        </w:rPr>
        <w:t xml:space="preserve"> further details of such aspects, and</w:t>
      </w:r>
    </w:p>
    <w:p w14:paraId="624D7F59" w14:textId="2B493B94" w:rsidR="006C4DC6" w:rsidRPr="006C4DC6" w:rsidRDefault="00120D6B" w:rsidP="006C4DC6">
      <w:pPr>
        <w:pStyle w:val="ListParagraph"/>
        <w:numPr>
          <w:ilvl w:val="0"/>
          <w:numId w:val="19"/>
        </w:numPr>
        <w:spacing w:after="0" w:line="240" w:lineRule="auto"/>
        <w:outlineLvl w:val="1"/>
        <w:rPr>
          <w:rFonts w:ascii="Aptos" w:hAnsi="Aptos"/>
          <w:sz w:val="24"/>
          <w:szCs w:val="24"/>
        </w:rPr>
      </w:pPr>
      <w:r>
        <w:rPr>
          <w:rFonts w:ascii="Aptos" w:hAnsi="Aptos"/>
          <w:sz w:val="24"/>
          <w:szCs w:val="24"/>
        </w:rPr>
        <w:t xml:space="preserve">Thinking how you will </w:t>
      </w:r>
      <w:r w:rsidRPr="00120D6B">
        <w:rPr>
          <w:rFonts w:ascii="Aptos" w:hAnsi="Aptos"/>
          <w:b/>
          <w:bCs/>
          <w:sz w:val="24"/>
          <w:szCs w:val="24"/>
        </w:rPr>
        <w:t>Measure</w:t>
      </w:r>
      <w:r>
        <w:rPr>
          <w:rFonts w:ascii="Aptos" w:hAnsi="Aptos"/>
          <w:sz w:val="24"/>
          <w:szCs w:val="24"/>
        </w:rPr>
        <w:t xml:space="preserve"> the impact of your communication. </w:t>
      </w:r>
      <w:r w:rsidR="006C4DC6">
        <w:rPr>
          <w:rFonts w:ascii="Aptos" w:hAnsi="Aptos"/>
          <w:sz w:val="24"/>
          <w:szCs w:val="24"/>
        </w:rPr>
        <w:t xml:space="preserve"> </w:t>
      </w:r>
    </w:p>
    <w:p w14:paraId="06E737AB" w14:textId="5EADD49E" w:rsidR="002739CC" w:rsidRDefault="006C4DC6" w:rsidP="00293B5E">
      <w:pPr>
        <w:spacing w:after="0" w:line="240" w:lineRule="auto"/>
        <w:outlineLvl w:val="1"/>
        <w:rPr>
          <w:rFonts w:ascii="Aptos" w:hAnsi="Aptos"/>
          <w:sz w:val="24"/>
          <w:szCs w:val="24"/>
        </w:rPr>
      </w:pPr>
      <w:r>
        <w:rPr>
          <w:rFonts w:ascii="Aptos" w:hAnsi="Aptos"/>
          <w:sz w:val="24"/>
          <w:szCs w:val="24"/>
        </w:rPr>
        <w:t xml:space="preserve"> </w:t>
      </w:r>
      <w:r w:rsidR="002739CC">
        <w:rPr>
          <w:rFonts w:ascii="Aptos" w:hAnsi="Aptos"/>
          <w:sz w:val="24"/>
          <w:szCs w:val="24"/>
        </w:rPr>
        <w:t>This is called the “</w:t>
      </w:r>
      <w:r>
        <w:rPr>
          <w:rFonts w:ascii="Aptos" w:hAnsi="Aptos"/>
          <w:sz w:val="24"/>
          <w:szCs w:val="24"/>
        </w:rPr>
        <w:t>RPRM</w:t>
      </w:r>
      <w:r w:rsidR="002739CC">
        <w:rPr>
          <w:rFonts w:ascii="Aptos" w:hAnsi="Aptos"/>
          <w:sz w:val="24"/>
          <w:szCs w:val="24"/>
        </w:rPr>
        <w:t xml:space="preserve"> Strategy”</w:t>
      </w:r>
      <w:r>
        <w:rPr>
          <w:rFonts w:ascii="Aptos" w:hAnsi="Aptos"/>
          <w:sz w:val="24"/>
          <w:szCs w:val="24"/>
        </w:rPr>
        <w:t>.</w:t>
      </w:r>
      <w:r w:rsidR="002739CC">
        <w:rPr>
          <w:rFonts w:ascii="Aptos" w:hAnsi="Aptos"/>
          <w:sz w:val="24"/>
          <w:szCs w:val="24"/>
        </w:rPr>
        <w:t xml:space="preserve"> </w:t>
      </w:r>
    </w:p>
    <w:p w14:paraId="581851F1" w14:textId="77777777" w:rsidR="00293B5E" w:rsidRDefault="00293B5E" w:rsidP="002739CC">
      <w:pPr>
        <w:spacing w:after="0" w:line="312" w:lineRule="atLeast"/>
        <w:outlineLvl w:val="1"/>
        <w:rPr>
          <w:rFonts w:ascii="Aptos" w:eastAsia="Times New Roman" w:hAnsi="Aptos" w:cs="Times New Roman"/>
          <w:b/>
          <w:bCs/>
          <w:color w:val="333333"/>
          <w:sz w:val="24"/>
          <w:szCs w:val="24"/>
          <w:lang w:eastAsia="en-GB"/>
        </w:rPr>
      </w:pPr>
    </w:p>
    <w:p w14:paraId="1D84EBAA" w14:textId="329CA17B" w:rsidR="002739CC" w:rsidRPr="0029163A" w:rsidRDefault="0029163A" w:rsidP="0029163A">
      <w:pPr>
        <w:pStyle w:val="Heading1"/>
        <w:spacing w:before="0" w:line="240" w:lineRule="auto"/>
        <w:rPr>
          <w:rFonts w:ascii="Aptos" w:hAnsi="Aptos"/>
          <w:sz w:val="24"/>
          <w:szCs w:val="24"/>
        </w:rPr>
      </w:pPr>
      <w:r w:rsidRPr="0029163A">
        <w:rPr>
          <w:rFonts w:ascii="Aptos" w:hAnsi="Aptos"/>
          <w:sz w:val="24"/>
          <w:szCs w:val="24"/>
        </w:rPr>
        <w:t xml:space="preserve">3.1 </w:t>
      </w:r>
      <w:r w:rsidR="002739CC" w:rsidRPr="0029163A">
        <w:rPr>
          <w:rFonts w:ascii="Aptos" w:hAnsi="Aptos"/>
          <w:sz w:val="24"/>
          <w:szCs w:val="24"/>
        </w:rPr>
        <w:t xml:space="preserve">The </w:t>
      </w:r>
      <w:r w:rsidR="00FF5C3B">
        <w:rPr>
          <w:rFonts w:ascii="Aptos" w:hAnsi="Aptos"/>
          <w:sz w:val="24"/>
          <w:szCs w:val="24"/>
        </w:rPr>
        <w:t xml:space="preserve">RPRM </w:t>
      </w:r>
      <w:r w:rsidR="002739CC" w:rsidRPr="0029163A">
        <w:rPr>
          <w:rFonts w:ascii="Aptos" w:hAnsi="Aptos"/>
          <w:sz w:val="24"/>
          <w:szCs w:val="24"/>
        </w:rPr>
        <w:t>Strategy</w:t>
      </w:r>
    </w:p>
    <w:p w14:paraId="0F519EBE" w14:textId="6403CD15" w:rsidR="00FF5C3B" w:rsidRPr="00B32A6F" w:rsidRDefault="00FF5C3B" w:rsidP="00FF5C3B">
      <w:pPr>
        <w:spacing w:after="0" w:line="312" w:lineRule="atLeast"/>
        <w:outlineLvl w:val="1"/>
        <w:rPr>
          <w:rFonts w:ascii="Aptos" w:eastAsia="Times New Roman" w:hAnsi="Aptos" w:cs="Times New Roman"/>
          <w:b/>
          <w:bCs/>
          <w:color w:val="333333"/>
          <w:sz w:val="24"/>
          <w:szCs w:val="24"/>
          <w:lang w:eastAsia="en-GB"/>
        </w:rPr>
      </w:pPr>
      <w:r>
        <w:rPr>
          <w:rFonts w:ascii="Aptos" w:eastAsia="Times New Roman" w:hAnsi="Aptos" w:cs="Times New Roman"/>
          <w:b/>
          <w:bCs/>
          <w:color w:val="333333"/>
          <w:sz w:val="24"/>
          <w:szCs w:val="24"/>
          <w:lang w:eastAsia="en-GB"/>
        </w:rPr>
        <w:t>REFLECTION</w:t>
      </w:r>
      <w:r>
        <w:rPr>
          <w:rFonts w:ascii="Aptos" w:eastAsia="Times New Roman" w:hAnsi="Aptos" w:cs="Times New Roman"/>
          <w:color w:val="333333"/>
          <w:sz w:val="24"/>
          <w:szCs w:val="24"/>
          <w:lang w:eastAsia="en-GB"/>
        </w:rPr>
        <w:t xml:space="preserve">, POSSIBILITIES, </w:t>
      </w:r>
      <w:r w:rsidR="00B32A6F">
        <w:rPr>
          <w:rFonts w:ascii="Aptos" w:eastAsia="Times New Roman" w:hAnsi="Aptos" w:cs="Times New Roman"/>
          <w:color w:val="333333"/>
          <w:sz w:val="24"/>
          <w:szCs w:val="24"/>
          <w:lang w:eastAsia="en-GB"/>
        </w:rPr>
        <w:t xml:space="preserve">RESEARCH, </w:t>
      </w:r>
      <w:r w:rsidR="00B32A6F">
        <w:rPr>
          <w:rFonts w:ascii="Aptos" w:eastAsia="Times New Roman" w:hAnsi="Aptos" w:cs="Times New Roman"/>
          <w:b/>
          <w:bCs/>
          <w:color w:val="333333"/>
          <w:sz w:val="24"/>
          <w:szCs w:val="24"/>
          <w:lang w:eastAsia="en-GB"/>
        </w:rPr>
        <w:t>MEASURE</w:t>
      </w:r>
    </w:p>
    <w:p w14:paraId="2D49B09B" w14:textId="77777777" w:rsidR="00293B5E" w:rsidRPr="002739CC" w:rsidRDefault="00293B5E" w:rsidP="002739CC">
      <w:pPr>
        <w:spacing w:after="0" w:line="312" w:lineRule="atLeast"/>
        <w:outlineLvl w:val="1"/>
        <w:rPr>
          <w:rFonts w:ascii="Aptos" w:eastAsia="Times New Roman" w:hAnsi="Aptos" w:cs="Times New Roman"/>
          <w:color w:val="333333"/>
          <w:sz w:val="24"/>
          <w:szCs w:val="24"/>
          <w:lang w:eastAsia="en-GB"/>
        </w:rPr>
      </w:pPr>
    </w:p>
    <w:p w14:paraId="2C30DCF0" w14:textId="40776749" w:rsidR="00634F5E" w:rsidRPr="00293B5E" w:rsidRDefault="00B32A6F" w:rsidP="00634F5E">
      <w:pPr>
        <w:rPr>
          <w:rFonts w:ascii="Aptos" w:hAnsi="Aptos"/>
          <w:sz w:val="24"/>
          <w:szCs w:val="24"/>
        </w:rPr>
      </w:pPr>
      <w:r>
        <w:rPr>
          <w:rFonts w:ascii="Aptos" w:hAnsi="Aptos"/>
          <w:noProof/>
          <w:sz w:val="24"/>
          <w:szCs w:val="24"/>
        </w:rPr>
        <w:drawing>
          <wp:inline distT="0" distB="0" distL="0" distR="0" wp14:anchorId="3FC23758" wp14:editId="5C4811AA">
            <wp:extent cx="5486400" cy="4976495"/>
            <wp:effectExtent l="0" t="0" r="0" b="1905"/>
            <wp:docPr id="810773603" name="Picture 11" descr="A group of questions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773603" name="Picture 11" descr="A group of questions on a table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97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9F1CD" w14:textId="77777777" w:rsidR="00634F5E" w:rsidRPr="00634F5E" w:rsidRDefault="00634F5E" w:rsidP="00634F5E">
      <w:pPr>
        <w:rPr>
          <w:rFonts w:ascii="Aptos" w:hAnsi="Aptos"/>
          <w:b/>
          <w:bCs/>
          <w:sz w:val="24"/>
          <w:szCs w:val="24"/>
        </w:rPr>
      </w:pPr>
      <w:r w:rsidRPr="00634F5E">
        <w:rPr>
          <w:rFonts w:ascii="Aptos" w:hAnsi="Aptos"/>
          <w:b/>
          <w:bCs/>
          <w:sz w:val="24"/>
          <w:szCs w:val="24"/>
        </w:rPr>
        <w:t xml:space="preserve">Further reading: </w:t>
      </w:r>
    </w:p>
    <w:p w14:paraId="20FDA538" w14:textId="4D9E3424" w:rsidR="00634F5E" w:rsidRPr="00634F5E" w:rsidRDefault="00634F5E" w:rsidP="00634F5E">
      <w:pPr>
        <w:rPr>
          <w:rFonts w:ascii="Aptos" w:hAnsi="Aptos"/>
          <w:sz w:val="24"/>
          <w:szCs w:val="24"/>
        </w:rPr>
      </w:pPr>
      <w:r w:rsidRPr="00634F5E">
        <w:rPr>
          <w:rFonts w:ascii="Aptos" w:hAnsi="Aptos"/>
          <w:sz w:val="24"/>
          <w:szCs w:val="24"/>
        </w:rPr>
        <w:t xml:space="preserve">National Co-ordinating Centre for Public Engagement (website): </w:t>
      </w:r>
      <w:hyperlink r:id="rId13" w:history="1">
        <w:r w:rsidRPr="00634F5E">
          <w:rPr>
            <w:rStyle w:val="Hyperlink"/>
            <w:rFonts w:ascii="Aptos" w:hAnsi="Aptos"/>
            <w:sz w:val="24"/>
            <w:szCs w:val="24"/>
          </w:rPr>
          <w:t>https://www.publicengagement.ac.uk/</w:t>
        </w:r>
      </w:hyperlink>
      <w:r w:rsidRPr="00634F5E">
        <w:rPr>
          <w:rFonts w:ascii="Aptos" w:hAnsi="Aptos"/>
          <w:sz w:val="24"/>
          <w:szCs w:val="24"/>
        </w:rPr>
        <w:t xml:space="preserve"> </w:t>
      </w:r>
    </w:p>
    <w:p w14:paraId="30AD918E" w14:textId="6B1A510B" w:rsidR="00526543" w:rsidRPr="00293B5E" w:rsidRDefault="0029163A" w:rsidP="0029163A">
      <w:pPr>
        <w:pStyle w:val="Heading1"/>
        <w:spacing w:before="0" w:line="240" w:lineRule="auto"/>
        <w:rPr>
          <w:rFonts w:ascii="Aptos" w:hAnsi="Aptos"/>
          <w:sz w:val="24"/>
          <w:szCs w:val="24"/>
        </w:rPr>
      </w:pPr>
      <w:r>
        <w:rPr>
          <w:rFonts w:ascii="Aptos" w:hAnsi="Aptos"/>
          <w:sz w:val="24"/>
          <w:szCs w:val="24"/>
        </w:rPr>
        <w:lastRenderedPageBreak/>
        <w:t xml:space="preserve">3.2 </w:t>
      </w:r>
      <w:r w:rsidR="00B32A6F">
        <w:rPr>
          <w:rFonts w:ascii="Aptos" w:hAnsi="Aptos"/>
          <w:sz w:val="24"/>
          <w:szCs w:val="24"/>
        </w:rPr>
        <w:t xml:space="preserve">RPRM </w:t>
      </w:r>
      <w:r>
        <w:rPr>
          <w:rFonts w:ascii="Aptos" w:hAnsi="Aptos"/>
          <w:sz w:val="24"/>
          <w:szCs w:val="24"/>
        </w:rPr>
        <w:t xml:space="preserve">and </w:t>
      </w:r>
      <w:r w:rsidRPr="000F4FD0">
        <w:rPr>
          <w:rFonts w:ascii="Aptos" w:hAnsi="Aptos"/>
          <w:sz w:val="24"/>
          <w:szCs w:val="24"/>
        </w:rPr>
        <w:t>Platform</w:t>
      </w:r>
      <w:r w:rsidR="00B32A6F">
        <w:rPr>
          <w:rFonts w:ascii="Aptos" w:hAnsi="Aptos"/>
          <w:sz w:val="24"/>
          <w:szCs w:val="24"/>
        </w:rPr>
        <w:t>s</w:t>
      </w:r>
      <w:r>
        <w:rPr>
          <w:rFonts w:ascii="Aptos" w:hAnsi="Aptos"/>
          <w:sz w:val="24"/>
          <w:szCs w:val="24"/>
        </w:rPr>
        <w:t xml:space="preserve">: </w:t>
      </w:r>
      <w:r w:rsidRPr="000F4FD0">
        <w:rPr>
          <w:rFonts w:ascii="Aptos" w:hAnsi="Aptos"/>
          <w:sz w:val="24"/>
          <w:szCs w:val="24"/>
        </w:rPr>
        <w:t xml:space="preserve"> Exercises</w:t>
      </w:r>
    </w:p>
    <w:p w14:paraId="0DB5B241" w14:textId="77777777" w:rsidR="00526543" w:rsidRPr="000F4FD0" w:rsidRDefault="00000000">
      <w:pPr>
        <w:pStyle w:val="Heading2"/>
        <w:rPr>
          <w:rFonts w:ascii="Aptos" w:hAnsi="Aptos"/>
          <w:sz w:val="24"/>
          <w:szCs w:val="24"/>
        </w:rPr>
      </w:pPr>
      <w:r w:rsidRPr="000F4FD0">
        <w:rPr>
          <w:rFonts w:ascii="Aptos" w:hAnsi="Aptos"/>
          <w:sz w:val="24"/>
          <w:szCs w:val="24"/>
        </w:rPr>
        <w:t>a) Twitter / X – Storytelling Threads</w:t>
      </w:r>
    </w:p>
    <w:p w14:paraId="3E430D15" w14:textId="212C369E" w:rsidR="00A64D7D" w:rsidRDefault="004010C5">
      <w:pPr>
        <w:rPr>
          <w:rFonts w:ascii="Aptos" w:hAnsi="Aptos"/>
          <w:sz w:val="24"/>
          <w:szCs w:val="24"/>
        </w:rPr>
      </w:pPr>
      <w:r>
        <w:rPr>
          <w:rFonts w:ascii="Aptos" w:hAnsi="Aptos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26A9ADD6" wp14:editId="11A279ED">
                <wp:simplePos x="0" y="0"/>
                <wp:positionH relativeFrom="column">
                  <wp:posOffset>-38100</wp:posOffset>
                </wp:positionH>
                <wp:positionV relativeFrom="paragraph">
                  <wp:posOffset>166370</wp:posOffset>
                </wp:positionV>
                <wp:extent cx="6118860" cy="2491740"/>
                <wp:effectExtent l="0" t="0" r="15240" b="10160"/>
                <wp:wrapNone/>
                <wp:docPr id="280304366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8860" cy="2491740"/>
                          <a:chOff x="0" y="0"/>
                          <a:chExt cx="6118860" cy="2491740"/>
                        </a:xfrm>
                      </wpg:grpSpPr>
                      <wps:wsp>
                        <wps:cNvPr id="1929966592" name="Text Box 4"/>
                        <wps:cNvSpPr txBox="1"/>
                        <wps:spPr>
                          <a:xfrm>
                            <a:off x="0" y="45720"/>
                            <a:ext cx="1936115" cy="24460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1EE5EED0" w14:textId="4AED2264" w:rsidR="00A64D7D" w:rsidRDefault="00A64D7D">
                              <w:r w:rsidRPr="001874CB">
                                <w:rPr>
                                  <w:rFonts w:ascii="Aptos" w:hAnsi="Aptos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 wp14:anchorId="064D399D" wp14:editId="2DE39E31">
                                    <wp:extent cx="1746885" cy="2526654"/>
                                    <wp:effectExtent l="0" t="0" r="5715" b="1270"/>
                                    <wp:docPr id="1726630033" name="Picture 1" descr="A screenshot of a computer&#10;&#10;AI-generated content may be incorrect.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756627007" name="Picture 1" descr="A screenshot of a computer&#10;&#10;AI-generated content may be incorrect."/>
                                            <pic:cNvPicPr/>
                                          </pic:nvPicPr>
                                          <pic:blipFill>
                                            <a:blip r:embed="rId14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746885" cy="2526654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4621082" name="Text Box 4"/>
                        <wps:cNvSpPr txBox="1"/>
                        <wps:spPr>
                          <a:xfrm>
                            <a:off x="2293620" y="0"/>
                            <a:ext cx="1844040" cy="24460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397266D8" w14:textId="21714E63" w:rsidR="00A64D7D" w:rsidRDefault="00A64D7D" w:rsidP="00A64D7D">
                              <w:r w:rsidRPr="001874CB">
                                <w:rPr>
                                  <w:rFonts w:ascii="Aptos" w:hAnsi="Aptos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 wp14:anchorId="12D90283" wp14:editId="2B40A429">
                                    <wp:extent cx="1654810" cy="2344825"/>
                                    <wp:effectExtent l="0" t="0" r="0" b="5080"/>
                                    <wp:docPr id="1797442576" name="Picture 1" descr="A screenshot of a social media post&#10;&#10;AI-generated content may be incorrect.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2078796672" name="Picture 1" descr="A screenshot of a social media post&#10;&#10;AI-generated content may be incorrect."/>
                                            <pic:cNvPicPr/>
                                          </pic:nvPicPr>
                                          <pic:blipFill>
                                            <a:blip r:embed="rId15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654810" cy="23448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3592209" name="Text Box 1"/>
                        <wps:cNvSpPr txBox="1"/>
                        <wps:spPr>
                          <a:xfrm>
                            <a:off x="4404360" y="419100"/>
                            <a:ext cx="1714500" cy="15316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47461E53" w14:textId="0D7EFFF0" w:rsidR="004010C5" w:rsidRPr="004010C5" w:rsidRDefault="004010C5" w:rsidP="004010C5">
                              <w:pPr>
                                <w:rPr>
                                  <w:rFonts w:ascii="Aptos" w:hAnsi="Aptos"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4010C5">
                                <w:rPr>
                                  <w:rFonts w:ascii="Aptos" w:hAnsi="Aptos"/>
                                  <w:bCs/>
                                  <w:sz w:val="24"/>
                                  <w:szCs w:val="24"/>
                                </w:rPr>
                                <w:t xml:space="preserve">1. </w:t>
                              </w:r>
                              <w:r w:rsidR="00B32A6F" w:rsidRPr="00B32A6F">
                                <w:rPr>
                                  <w:rFonts w:ascii="Aptos" w:hAnsi="Aptos"/>
                                  <w:bCs/>
                                  <w:sz w:val="24"/>
                                  <w:szCs w:val="24"/>
                                </w:rPr>
                                <w:t xml:space="preserve">RPRM </w:t>
                              </w:r>
                              <w:r w:rsidRPr="004010C5">
                                <w:rPr>
                                  <w:rFonts w:ascii="Aptos" w:hAnsi="Aptos"/>
                                  <w:bCs/>
                                  <w:sz w:val="24"/>
                                  <w:szCs w:val="24"/>
                                </w:rPr>
                                <w:t>Strategy?</w:t>
                              </w:r>
                            </w:p>
                            <w:p w14:paraId="68063250" w14:textId="5FA00A8E" w:rsidR="004010C5" w:rsidRPr="004010C5" w:rsidRDefault="004010C5" w:rsidP="004010C5">
                              <w:pPr>
                                <w:rPr>
                                  <w:rFonts w:ascii="Aptos" w:hAnsi="Aptos"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4010C5">
                                <w:rPr>
                                  <w:rFonts w:ascii="Aptos" w:hAnsi="Aptos"/>
                                  <w:bCs/>
                                  <w:sz w:val="24"/>
                                  <w:szCs w:val="24"/>
                                </w:rPr>
                                <w:t xml:space="preserve">2. How was the </w:t>
                              </w:r>
                              <w:r w:rsidR="00B32A6F">
                                <w:rPr>
                                  <w:rFonts w:ascii="Aptos" w:hAnsi="Aptos"/>
                                  <w:bCs/>
                                  <w:sz w:val="24"/>
                                  <w:szCs w:val="24"/>
                                </w:rPr>
                                <w:t>thread created</w:t>
                              </w:r>
                              <w:r w:rsidRPr="004010C5">
                                <w:rPr>
                                  <w:rFonts w:ascii="Aptos" w:hAnsi="Aptos"/>
                                  <w:bCs/>
                                  <w:sz w:val="24"/>
                                  <w:szCs w:val="24"/>
                                </w:rPr>
                                <w:t>?</w:t>
                              </w:r>
                            </w:p>
                            <w:p w14:paraId="50C510EF" w14:textId="77777777" w:rsidR="004010C5" w:rsidRPr="004010C5" w:rsidRDefault="004010C5" w:rsidP="004010C5">
                              <w:pPr>
                                <w:rPr>
                                  <w:rFonts w:ascii="Aptos" w:hAnsi="Aptos"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4010C5">
                                <w:rPr>
                                  <w:rFonts w:ascii="Aptos" w:hAnsi="Aptos"/>
                                  <w:bCs/>
                                  <w:sz w:val="24"/>
                                  <w:szCs w:val="24"/>
                                </w:rPr>
                                <w:t>3. Why it worked (or didn’t)?</w:t>
                              </w:r>
                            </w:p>
                            <w:p w14:paraId="13112079" w14:textId="77777777" w:rsidR="00C77609" w:rsidRPr="004010C5" w:rsidRDefault="00C77609">
                              <w:pPr>
                                <w:rPr>
                                  <w:rFonts w:ascii="Aptos" w:hAnsi="Aptos"/>
                                  <w:bCs/>
                                  <w:sz w:val="24"/>
                                  <w:szCs w:val="24"/>
                                </w:rPr>
                              </w:pPr>
                            </w:p>
                            <w:p w14:paraId="13176AF2" w14:textId="77777777" w:rsidR="00C77609" w:rsidRPr="004010C5" w:rsidRDefault="00C77609" w:rsidP="0031102F">
                              <w:pPr>
                                <w:rPr>
                                  <w:rFonts w:ascii="Aptos" w:hAnsi="Aptos"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A9ADD6" id="Group 5" o:spid="_x0000_s1026" style="position:absolute;margin-left:-3pt;margin-top:13.1pt;width:481.8pt;height:196.2pt;z-index:251665408" coordsize="61188,2491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&#13;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27" type="#_x0000_t202" style="position:absolute;top:457;width:19361;height:2446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" fillcolor="white [3201]" strokeweight=".5pt">
                  <v:textbox>
                    <w:txbxContent>
                      <w:p w14:paraId="1EE5EED0" w14:textId="4AED2264" w:rsidR="00A64D7D" w:rsidRDefault="00A64D7D">
                        <w:r w:rsidRPr="001874CB">
                          <w:rPr>
                            <w:rFonts w:ascii="Aptos" w:hAnsi="Aptos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 wp14:anchorId="064D399D" wp14:editId="2DE39E31">
                              <wp:extent cx="1746885" cy="2526654"/>
                              <wp:effectExtent l="0" t="0" r="5715" b="1270"/>
                              <wp:docPr id="1726630033" name="Picture 1" descr="A screenshot of a computer&#10;&#10;AI-generated content may be incorrect.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56627007" name="Picture 1" descr="A screenshot of a computer&#10;&#10;AI-generated content may be incorrect."/>
                                      <pic:cNvPicPr/>
                                    </pic:nvPicPr>
                                    <pic:blipFill>
                                      <a:blip r:embed="rId16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746885" cy="252665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4" o:spid="_x0000_s1028" type="#_x0000_t202" style="position:absolute;left:22936;width:18440;height:2446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" fillcolor="white [3201]" strokeweight=".5pt">
                  <v:textbox>
                    <w:txbxContent>
                      <w:p w14:paraId="397266D8" w14:textId="21714E63" w:rsidR="00A64D7D" w:rsidRDefault="00A64D7D" w:rsidP="00A64D7D">
                        <w:r w:rsidRPr="001874CB">
                          <w:rPr>
                            <w:rFonts w:ascii="Aptos" w:hAnsi="Aptos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 wp14:anchorId="12D90283" wp14:editId="2B40A429">
                              <wp:extent cx="1654810" cy="2344825"/>
                              <wp:effectExtent l="0" t="0" r="0" b="5080"/>
                              <wp:docPr id="1797442576" name="Picture 1" descr="A screenshot of a social media post&#10;&#10;AI-generated content may be incorrect.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078796672" name="Picture 1" descr="A screenshot of a social media post&#10;&#10;AI-generated content may be incorrect."/>
                                      <pic:cNvPicPr/>
                                    </pic:nvPicPr>
                                    <pic:blipFill>
                                      <a:blip r:embed="rId17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654810" cy="23448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_x0000_s1029" type="#_x0000_t202" style="position:absolute;left:44043;top:4191;width:17145;height:153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" filled="f" strokeweight=".5pt">
                  <v:textbox>
                    <w:txbxContent>
                      <w:p w14:paraId="47461E53" w14:textId="0D7EFFF0" w:rsidR="004010C5" w:rsidRPr="004010C5" w:rsidRDefault="004010C5" w:rsidP="004010C5">
                        <w:pPr>
                          <w:rPr>
                            <w:rFonts w:ascii="Aptos" w:hAnsi="Aptos"/>
                            <w:bCs/>
                            <w:sz w:val="24"/>
                            <w:szCs w:val="24"/>
                          </w:rPr>
                        </w:pPr>
                        <w:r w:rsidRPr="004010C5">
                          <w:rPr>
                            <w:rFonts w:ascii="Aptos" w:hAnsi="Aptos"/>
                            <w:bCs/>
                            <w:sz w:val="24"/>
                            <w:szCs w:val="24"/>
                          </w:rPr>
                          <w:t xml:space="preserve">1. </w:t>
                        </w:r>
                        <w:r w:rsidR="00B32A6F" w:rsidRPr="00B32A6F">
                          <w:rPr>
                            <w:rFonts w:ascii="Aptos" w:hAnsi="Aptos"/>
                            <w:bCs/>
                            <w:sz w:val="24"/>
                            <w:szCs w:val="24"/>
                          </w:rPr>
                          <w:t xml:space="preserve">RPRM </w:t>
                        </w:r>
                        <w:r w:rsidRPr="004010C5">
                          <w:rPr>
                            <w:rFonts w:ascii="Aptos" w:hAnsi="Aptos"/>
                            <w:bCs/>
                            <w:sz w:val="24"/>
                            <w:szCs w:val="24"/>
                          </w:rPr>
                          <w:t>Strategy?</w:t>
                        </w:r>
                      </w:p>
                      <w:p w14:paraId="68063250" w14:textId="5FA00A8E" w:rsidR="004010C5" w:rsidRPr="004010C5" w:rsidRDefault="004010C5" w:rsidP="004010C5">
                        <w:pPr>
                          <w:rPr>
                            <w:rFonts w:ascii="Aptos" w:hAnsi="Aptos"/>
                            <w:bCs/>
                            <w:sz w:val="24"/>
                            <w:szCs w:val="24"/>
                          </w:rPr>
                        </w:pPr>
                        <w:r w:rsidRPr="004010C5">
                          <w:rPr>
                            <w:rFonts w:ascii="Aptos" w:hAnsi="Aptos"/>
                            <w:bCs/>
                            <w:sz w:val="24"/>
                            <w:szCs w:val="24"/>
                          </w:rPr>
                          <w:t xml:space="preserve">2. How was the </w:t>
                        </w:r>
                        <w:r w:rsidR="00B32A6F">
                          <w:rPr>
                            <w:rFonts w:ascii="Aptos" w:hAnsi="Aptos"/>
                            <w:bCs/>
                            <w:sz w:val="24"/>
                            <w:szCs w:val="24"/>
                          </w:rPr>
                          <w:t>thread created</w:t>
                        </w:r>
                        <w:r w:rsidRPr="004010C5">
                          <w:rPr>
                            <w:rFonts w:ascii="Aptos" w:hAnsi="Aptos"/>
                            <w:bCs/>
                            <w:sz w:val="24"/>
                            <w:szCs w:val="24"/>
                          </w:rPr>
                          <w:t>?</w:t>
                        </w:r>
                      </w:p>
                      <w:p w14:paraId="50C510EF" w14:textId="77777777" w:rsidR="004010C5" w:rsidRPr="004010C5" w:rsidRDefault="004010C5" w:rsidP="004010C5">
                        <w:pPr>
                          <w:rPr>
                            <w:rFonts w:ascii="Aptos" w:hAnsi="Aptos"/>
                            <w:bCs/>
                            <w:sz w:val="24"/>
                            <w:szCs w:val="24"/>
                          </w:rPr>
                        </w:pPr>
                        <w:r w:rsidRPr="004010C5">
                          <w:rPr>
                            <w:rFonts w:ascii="Aptos" w:hAnsi="Aptos"/>
                            <w:bCs/>
                            <w:sz w:val="24"/>
                            <w:szCs w:val="24"/>
                          </w:rPr>
                          <w:t>3. Why it worked (or didn’t)?</w:t>
                        </w:r>
                      </w:p>
                      <w:p w14:paraId="13112079" w14:textId="77777777" w:rsidR="00C77609" w:rsidRPr="004010C5" w:rsidRDefault="00C77609">
                        <w:pPr>
                          <w:rPr>
                            <w:rFonts w:ascii="Aptos" w:hAnsi="Aptos"/>
                            <w:bCs/>
                            <w:sz w:val="24"/>
                            <w:szCs w:val="24"/>
                          </w:rPr>
                        </w:pPr>
                      </w:p>
                      <w:p w14:paraId="13176AF2" w14:textId="77777777" w:rsidR="00C77609" w:rsidRPr="004010C5" w:rsidRDefault="00C77609" w:rsidP="0031102F">
                        <w:pPr>
                          <w:rPr>
                            <w:rFonts w:ascii="Aptos" w:hAnsi="Aptos"/>
                            <w:bCs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C77609" w:rsidRPr="000F4FD0">
        <w:rPr>
          <w:rFonts w:ascii="Aptos" w:hAnsi="Aptos"/>
          <w:sz w:val="24"/>
          <w:szCs w:val="24"/>
        </w:rPr>
        <w:br/>
      </w:r>
      <w:r w:rsidR="00C77609" w:rsidRPr="000F4FD0">
        <w:rPr>
          <w:rFonts w:ascii="Aptos" w:hAnsi="Aptos"/>
          <w:sz w:val="24"/>
          <w:szCs w:val="24"/>
        </w:rPr>
        <w:br/>
      </w:r>
    </w:p>
    <w:p w14:paraId="668DBF2F" w14:textId="3712B300" w:rsidR="00A64D7D" w:rsidRDefault="00A64D7D">
      <w:pPr>
        <w:rPr>
          <w:rFonts w:ascii="Aptos" w:hAnsi="Aptos"/>
          <w:sz w:val="24"/>
          <w:szCs w:val="24"/>
        </w:rPr>
      </w:pPr>
    </w:p>
    <w:p w14:paraId="16F64F7A" w14:textId="77777777" w:rsidR="00A64D7D" w:rsidRDefault="00A64D7D">
      <w:pPr>
        <w:rPr>
          <w:rFonts w:ascii="Aptos" w:hAnsi="Aptos"/>
          <w:sz w:val="24"/>
          <w:szCs w:val="24"/>
        </w:rPr>
      </w:pPr>
    </w:p>
    <w:p w14:paraId="613A24B3" w14:textId="77777777" w:rsidR="00A64D7D" w:rsidRDefault="00A64D7D">
      <w:pPr>
        <w:rPr>
          <w:rFonts w:ascii="Aptos" w:hAnsi="Aptos"/>
          <w:sz w:val="24"/>
          <w:szCs w:val="24"/>
        </w:rPr>
      </w:pPr>
    </w:p>
    <w:p w14:paraId="7E1A2DA3" w14:textId="77777777" w:rsidR="00A64D7D" w:rsidRDefault="00A64D7D">
      <w:pPr>
        <w:rPr>
          <w:rFonts w:ascii="Aptos" w:hAnsi="Aptos"/>
          <w:sz w:val="24"/>
          <w:szCs w:val="24"/>
        </w:rPr>
      </w:pPr>
    </w:p>
    <w:p w14:paraId="58B6F0B0" w14:textId="77777777" w:rsidR="00C77609" w:rsidRDefault="00C77609">
      <w:pPr>
        <w:rPr>
          <w:rFonts w:ascii="Aptos" w:hAnsi="Aptos"/>
          <w:sz w:val="24"/>
          <w:szCs w:val="24"/>
        </w:rPr>
      </w:pPr>
    </w:p>
    <w:p w14:paraId="14D4C4E3" w14:textId="77777777" w:rsidR="00C77609" w:rsidRDefault="00C77609">
      <w:pPr>
        <w:rPr>
          <w:rFonts w:ascii="Aptos" w:hAnsi="Aptos"/>
          <w:sz w:val="24"/>
          <w:szCs w:val="24"/>
        </w:rPr>
      </w:pPr>
    </w:p>
    <w:p w14:paraId="0E842DE6" w14:textId="65D722F0" w:rsidR="00526543" w:rsidRPr="000F4FD0" w:rsidRDefault="00000000">
      <w:pPr>
        <w:rPr>
          <w:rFonts w:ascii="Aptos" w:hAnsi="Aptos"/>
          <w:sz w:val="24"/>
          <w:szCs w:val="24"/>
        </w:rPr>
      </w:pPr>
      <w:r w:rsidRPr="000F4FD0">
        <w:rPr>
          <w:rFonts w:ascii="Aptos" w:hAnsi="Aptos"/>
          <w:sz w:val="24"/>
          <w:szCs w:val="24"/>
        </w:rPr>
        <w:t>Your task: Draft a 3–5 tweet thread introducing your research.</w:t>
      </w:r>
      <w:r w:rsidRPr="000F4FD0">
        <w:rPr>
          <w:rFonts w:ascii="Aptos" w:hAnsi="Aptos"/>
          <w:sz w:val="24"/>
          <w:szCs w:val="24"/>
        </w:rPr>
        <w:br/>
        <w:t>________________________</w:t>
      </w:r>
    </w:p>
    <w:p w14:paraId="7FE19290" w14:textId="77777777" w:rsidR="00526543" w:rsidRPr="000F4FD0" w:rsidRDefault="00000000">
      <w:pPr>
        <w:pStyle w:val="Heading2"/>
        <w:rPr>
          <w:rFonts w:ascii="Aptos" w:hAnsi="Aptos"/>
          <w:sz w:val="24"/>
          <w:szCs w:val="24"/>
        </w:rPr>
      </w:pPr>
      <w:r w:rsidRPr="000F4FD0">
        <w:rPr>
          <w:rFonts w:ascii="Aptos" w:hAnsi="Aptos"/>
          <w:sz w:val="24"/>
          <w:szCs w:val="24"/>
        </w:rPr>
        <w:t>b) Instagram – Visual Storytelling</w:t>
      </w:r>
    </w:p>
    <w:p w14:paraId="6B980D59" w14:textId="5FEC65A9" w:rsidR="00123FE7" w:rsidRDefault="00123FE7">
      <w:pPr>
        <w:rPr>
          <w:rFonts w:ascii="Aptos" w:hAnsi="Aptos"/>
          <w:sz w:val="24"/>
          <w:szCs w:val="24"/>
        </w:rPr>
      </w:pPr>
      <w:r w:rsidRPr="00123FE7">
        <w:rPr>
          <w:rFonts w:ascii="Aptos" w:hAnsi="Apto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F6BF938" wp14:editId="458E08AA">
                <wp:simplePos x="0" y="0"/>
                <wp:positionH relativeFrom="column">
                  <wp:posOffset>571500</wp:posOffset>
                </wp:positionH>
                <wp:positionV relativeFrom="paragraph">
                  <wp:posOffset>125095</wp:posOffset>
                </wp:positionV>
                <wp:extent cx="4895892" cy="369332"/>
                <wp:effectExtent l="0" t="0" r="0" b="0"/>
                <wp:wrapNone/>
                <wp:docPr id="6" name="TextBox 5">
                  <a:extLst xmlns:a="http://schemas.openxmlformats.org/drawingml/2006/main">
                    <a:ext uri="{FF2B5EF4-FFF2-40B4-BE49-F238E27FC236}">
                      <a16:creationId xmlns:a16="http://schemas.microsoft.com/office/drawing/2014/main" id="{4A156B1A-20BD-66FC-8B8B-3A8C9372DDC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95892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9C976F2" w14:textId="77777777" w:rsidR="00123FE7" w:rsidRPr="00123FE7" w:rsidRDefault="00123FE7" w:rsidP="00123FE7">
                            <w:pPr>
                              <w:rPr>
                                <w:rFonts w:ascii="Aptos" w:eastAsia="Arial" w:hAnsi="Aptos" w:cs="Arial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hyperlink r:id="rId18" w:history="1">
                              <w:r w:rsidRPr="00123FE7">
                                <w:rPr>
                                  <w:rStyle w:val="Hyperlink"/>
                                  <w:rFonts w:ascii="Aptos" w:eastAsia="Arial" w:hAnsi="Aptos" w:cs="Arial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https://www.instagram.com/p/DNif9QkI81s/</w:t>
                              </w:r>
                            </w:hyperlink>
                            <w:r w:rsidRPr="00123FE7">
                              <w:rPr>
                                <w:rFonts w:ascii="Aptos" w:eastAsia="Arial" w:hAnsi="Aptos" w:cs="Arial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6BF938" id="TextBox 5" o:spid="_x0000_s1030" type="#_x0000_t202" style="position:absolute;margin-left:45pt;margin-top:9.85pt;width:385.5pt;height:29.1pt;z-index:2516674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" filled="f" stroked="f">
                <v:textbox style="mso-fit-shape-to-text:t">
                  <w:txbxContent>
                    <w:p w14:paraId="09C976F2" w14:textId="77777777" w:rsidR="00123FE7" w:rsidRPr="00123FE7" w:rsidRDefault="00123FE7" w:rsidP="00123FE7">
                      <w:pPr>
                        <w:rPr>
                          <w:rFonts w:ascii="Aptos" w:eastAsia="Arial" w:hAnsi="Aptos" w:cs="Arial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hyperlink r:id="rId19" w:history="1">
                        <w:r w:rsidRPr="00123FE7">
                          <w:rPr>
                            <w:rStyle w:val="Hyperlink"/>
                            <w:rFonts w:ascii="Aptos" w:eastAsia="Arial" w:hAnsi="Aptos" w:cs="Arial"/>
                            <w:b/>
                            <w:bCs/>
                            <w:color w:val="000000"/>
                            <w:sz w:val="24"/>
                            <w:szCs w:val="24"/>
                          </w:rPr>
                          <w:t>https://www.instagram.com/p/DNif9QkI81s/</w:t>
                        </w:r>
                      </w:hyperlink>
                      <w:r w:rsidRPr="00123FE7">
                        <w:rPr>
                          <w:rFonts w:ascii="Aptos" w:eastAsia="Arial" w:hAnsi="Aptos" w:cs="Arial"/>
                          <w:b/>
                          <w:bCs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EF21CA8" w14:textId="47C0ABDD" w:rsidR="00123FE7" w:rsidRDefault="00B32A6F">
      <w:pPr>
        <w:rPr>
          <w:rFonts w:ascii="Aptos" w:hAnsi="Aptos"/>
          <w:sz w:val="24"/>
          <w:szCs w:val="24"/>
        </w:rPr>
      </w:pPr>
      <w:r>
        <w:rPr>
          <w:rFonts w:ascii="Aptos" w:hAnsi="Apto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1E64183" wp14:editId="22786C90">
                <wp:simplePos x="0" y="0"/>
                <wp:positionH relativeFrom="column">
                  <wp:posOffset>0</wp:posOffset>
                </wp:positionH>
                <wp:positionV relativeFrom="paragraph">
                  <wp:posOffset>113030</wp:posOffset>
                </wp:positionV>
                <wp:extent cx="2880360" cy="1783080"/>
                <wp:effectExtent l="0" t="0" r="15240" b="7620"/>
                <wp:wrapNone/>
                <wp:docPr id="787664491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360" cy="1783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05AADC5" w14:textId="1C24229F" w:rsidR="00123FE7" w:rsidRDefault="00123FE7">
                            <w:r>
                              <w:rPr>
                                <w:rFonts w:ascii="Aptos" w:hAnsi="Aptos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3150F399" wp14:editId="0CC4468F">
                                  <wp:extent cx="2788920" cy="1669829"/>
                                  <wp:effectExtent l="0" t="0" r="5080" b="0"/>
                                  <wp:docPr id="634602857" name="Picture 4" descr="A screenshot of a social media post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3858821" name="Picture 4" descr="A screenshot of a social media post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16119" cy="16861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E64183" id="Text Box 6" o:spid="_x0000_s1031" type="#_x0000_t202" style="position:absolute;margin-left:0;margin-top:8.9pt;width:226.8pt;height:140.4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" fillcolor="white [3201]" strokeweight=".5pt">
                <v:textbox>
                  <w:txbxContent>
                    <w:p w14:paraId="505AADC5" w14:textId="1C24229F" w:rsidR="00123FE7" w:rsidRDefault="00123FE7">
                      <w:r>
                        <w:rPr>
                          <w:rFonts w:ascii="Aptos" w:hAnsi="Aptos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3150F399" wp14:editId="0CC4468F">
                            <wp:extent cx="2788920" cy="1669829"/>
                            <wp:effectExtent l="0" t="0" r="5080" b="0"/>
                            <wp:docPr id="634602857" name="Picture 4" descr="A screenshot of a social media post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3858821" name="Picture 4" descr="A screenshot of a social media post&#10;&#10;AI-generated content may be incorrect."/>
                                    <pic:cNvPicPr/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16119" cy="168611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ptos" w:hAnsi="Apto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1FDB72B" wp14:editId="5D8A6CAF">
                <wp:simplePos x="0" y="0"/>
                <wp:positionH relativeFrom="column">
                  <wp:posOffset>2994660</wp:posOffset>
                </wp:positionH>
                <wp:positionV relativeFrom="paragraph">
                  <wp:posOffset>113155</wp:posOffset>
                </wp:positionV>
                <wp:extent cx="2880360" cy="1783080"/>
                <wp:effectExtent l="0" t="0" r="15240" b="7620"/>
                <wp:wrapNone/>
                <wp:docPr id="882791343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360" cy="1783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2D7335" w14:textId="1E472FAF" w:rsidR="00123FE7" w:rsidRDefault="00123FE7" w:rsidP="00123FE7">
                            <w:r>
                              <w:rPr>
                                <w:rFonts w:ascii="Aptos" w:hAnsi="Aptos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4A8C67AD" wp14:editId="3DE60280">
                                  <wp:extent cx="1773560" cy="1780540"/>
                                  <wp:effectExtent l="0" t="0" r="4445" b="0"/>
                                  <wp:docPr id="1058305487" name="Picture 5" descr="A blue background with white text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6188730" name="Picture 5" descr="A blue background with white text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83895" cy="17909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E3725">
                              <w:rPr>
                                <w:noProof/>
                              </w:rPr>
                              <w:drawing>
                                <wp:inline distT="0" distB="0" distL="0" distR="0" wp14:anchorId="2BFD187A" wp14:editId="79E84366">
                                  <wp:extent cx="883920" cy="1784313"/>
                                  <wp:effectExtent l="0" t="0" r="5080" b="0"/>
                                  <wp:docPr id="13805877" name="Picture 8" descr="A screenshot of a social media post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5162076" name="Picture 8" descr="A screenshot of a social media post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39079" cy="189565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E3725">
                              <w:rPr>
                                <w:noProof/>
                              </w:rPr>
                              <w:drawing>
                                <wp:inline distT="0" distB="0" distL="0" distR="0" wp14:anchorId="059F5EB4" wp14:editId="4E00E2AD">
                                  <wp:extent cx="1102360" cy="1685290"/>
                                  <wp:effectExtent l="0" t="0" r="2540" b="3810"/>
                                  <wp:docPr id="2137014351" name="Picture 8" descr="A screenshot of a social media post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5162076" name="Picture 8" descr="A screenshot of a social media post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02360" cy="16852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E3725">
                              <w:rPr>
                                <w:noProof/>
                              </w:rPr>
                              <w:drawing>
                                <wp:inline distT="0" distB="0" distL="0" distR="0" wp14:anchorId="3AE7C8FA" wp14:editId="6915F164">
                                  <wp:extent cx="1102360" cy="1685290"/>
                                  <wp:effectExtent l="0" t="0" r="2540" b="3810"/>
                                  <wp:docPr id="1602389769" name="Picture 8" descr="A screenshot of a social media post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5162076" name="Picture 8" descr="A screenshot of a social media post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02360" cy="16852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FDB72B" id="_x0000_s1032" type="#_x0000_t202" style="position:absolute;margin-left:235.8pt;margin-top:8.9pt;width:226.8pt;height:140.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" fillcolor="white [3201]" strokeweight=".5pt">
                <v:textbox>
                  <w:txbxContent>
                    <w:p w14:paraId="7A2D7335" w14:textId="1E472FAF" w:rsidR="00123FE7" w:rsidRDefault="00123FE7" w:rsidP="00123FE7">
                      <w:r>
                        <w:rPr>
                          <w:rFonts w:ascii="Aptos" w:hAnsi="Aptos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4A8C67AD" wp14:editId="3DE60280">
                            <wp:extent cx="1773560" cy="1780540"/>
                            <wp:effectExtent l="0" t="0" r="4445" b="0"/>
                            <wp:docPr id="1058305487" name="Picture 5" descr="A blue background with white text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6188730" name="Picture 5" descr="A blue background with white text&#10;&#10;AI-generated content may be incorrect."/>
                                    <pic:cNvPicPr/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83895" cy="179091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0E3725">
                        <w:rPr>
                          <w:noProof/>
                        </w:rPr>
                        <w:drawing>
                          <wp:inline distT="0" distB="0" distL="0" distR="0" wp14:anchorId="2BFD187A" wp14:editId="79E84366">
                            <wp:extent cx="883920" cy="1784313"/>
                            <wp:effectExtent l="0" t="0" r="5080" b="0"/>
                            <wp:docPr id="13805877" name="Picture 8" descr="A screenshot of a social media post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25162076" name="Picture 8" descr="A screenshot of a social media post&#10;&#10;AI-generated content may be incorrect."/>
                                    <pic:cNvPicPr/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39079" cy="189565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0E3725">
                        <w:rPr>
                          <w:noProof/>
                        </w:rPr>
                        <w:drawing>
                          <wp:inline distT="0" distB="0" distL="0" distR="0" wp14:anchorId="059F5EB4" wp14:editId="4E00E2AD">
                            <wp:extent cx="1102360" cy="1685290"/>
                            <wp:effectExtent l="0" t="0" r="2540" b="3810"/>
                            <wp:docPr id="2137014351" name="Picture 8" descr="A screenshot of a social media post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25162076" name="Picture 8" descr="A screenshot of a social media post&#10;&#10;AI-generated content may be incorrect."/>
                                    <pic:cNvPicPr/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02360" cy="16852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0E3725">
                        <w:rPr>
                          <w:noProof/>
                        </w:rPr>
                        <w:drawing>
                          <wp:inline distT="0" distB="0" distL="0" distR="0" wp14:anchorId="3AE7C8FA" wp14:editId="6915F164">
                            <wp:extent cx="1102360" cy="1685290"/>
                            <wp:effectExtent l="0" t="0" r="2540" b="3810"/>
                            <wp:docPr id="1602389769" name="Picture 8" descr="A screenshot of a social media post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25162076" name="Picture 8" descr="A screenshot of a social media post&#10;&#10;AI-generated content may be incorrect."/>
                                    <pic:cNvPicPr/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02360" cy="16852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0F4FD0">
        <w:rPr>
          <w:rFonts w:ascii="Aptos" w:hAnsi="Aptos"/>
          <w:sz w:val="24"/>
          <w:szCs w:val="24"/>
        </w:rPr>
        <w:br/>
      </w:r>
    </w:p>
    <w:p w14:paraId="05CFA9F0" w14:textId="77777777" w:rsidR="00123FE7" w:rsidRDefault="00123FE7">
      <w:pPr>
        <w:rPr>
          <w:rFonts w:ascii="Aptos" w:hAnsi="Aptos"/>
          <w:sz w:val="24"/>
          <w:szCs w:val="24"/>
        </w:rPr>
      </w:pPr>
    </w:p>
    <w:p w14:paraId="2B008885" w14:textId="77777777" w:rsidR="00123FE7" w:rsidRDefault="00123FE7">
      <w:pPr>
        <w:rPr>
          <w:rFonts w:ascii="Aptos" w:hAnsi="Aptos"/>
          <w:sz w:val="24"/>
          <w:szCs w:val="24"/>
        </w:rPr>
      </w:pPr>
    </w:p>
    <w:p w14:paraId="6FDAEA1A" w14:textId="77777777" w:rsidR="00123FE7" w:rsidRDefault="00123FE7">
      <w:pPr>
        <w:rPr>
          <w:rFonts w:ascii="Aptos" w:hAnsi="Aptos"/>
          <w:sz w:val="24"/>
          <w:szCs w:val="24"/>
        </w:rPr>
      </w:pPr>
    </w:p>
    <w:p w14:paraId="78B9EAC2" w14:textId="77777777" w:rsidR="00123FE7" w:rsidRDefault="00123FE7">
      <w:pPr>
        <w:rPr>
          <w:rFonts w:ascii="Aptos" w:hAnsi="Aptos"/>
          <w:sz w:val="24"/>
          <w:szCs w:val="24"/>
        </w:rPr>
      </w:pPr>
    </w:p>
    <w:p w14:paraId="5749A63D" w14:textId="1BA4E53F" w:rsidR="00123FE7" w:rsidRDefault="00B32A6F">
      <w:pPr>
        <w:rPr>
          <w:rFonts w:ascii="Aptos" w:hAnsi="Aptos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09A34EC" wp14:editId="1A5EBE89">
                <wp:simplePos x="0" y="0"/>
                <wp:positionH relativeFrom="column">
                  <wp:posOffset>4099560</wp:posOffset>
                </wp:positionH>
                <wp:positionV relativeFrom="paragraph">
                  <wp:posOffset>208915</wp:posOffset>
                </wp:positionV>
                <wp:extent cx="1714500" cy="1531620"/>
                <wp:effectExtent l="0" t="0" r="12700" b="17780"/>
                <wp:wrapNone/>
                <wp:docPr id="119019354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15316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434016" w14:textId="00E99BD7" w:rsidR="00447592" w:rsidRPr="004010C5" w:rsidRDefault="00447592" w:rsidP="00447592">
                            <w:pPr>
                              <w:rPr>
                                <w:rFonts w:ascii="Aptos" w:hAnsi="Aptos"/>
                                <w:bCs/>
                                <w:sz w:val="24"/>
                                <w:szCs w:val="24"/>
                              </w:rPr>
                            </w:pPr>
                            <w:r w:rsidRPr="004010C5">
                              <w:rPr>
                                <w:rFonts w:ascii="Aptos" w:hAnsi="Aptos"/>
                                <w:bCs/>
                                <w:sz w:val="24"/>
                                <w:szCs w:val="24"/>
                              </w:rPr>
                              <w:t xml:space="preserve">1. </w:t>
                            </w:r>
                            <w:r w:rsidR="00B32A6F" w:rsidRPr="00B32A6F">
                              <w:rPr>
                                <w:rFonts w:ascii="Aptos" w:hAnsi="Aptos"/>
                                <w:bCs/>
                                <w:sz w:val="24"/>
                                <w:szCs w:val="24"/>
                              </w:rPr>
                              <w:t xml:space="preserve">RPRM </w:t>
                            </w:r>
                            <w:r w:rsidRPr="004010C5">
                              <w:rPr>
                                <w:rFonts w:ascii="Aptos" w:hAnsi="Aptos"/>
                                <w:bCs/>
                                <w:sz w:val="24"/>
                                <w:szCs w:val="24"/>
                              </w:rPr>
                              <w:t>Strategy?</w:t>
                            </w:r>
                          </w:p>
                          <w:p w14:paraId="6FFE5BDD" w14:textId="26102D61" w:rsidR="00447592" w:rsidRPr="004010C5" w:rsidRDefault="00447592" w:rsidP="00447592">
                            <w:pPr>
                              <w:rPr>
                                <w:rFonts w:ascii="Aptos" w:hAnsi="Aptos"/>
                                <w:bCs/>
                                <w:sz w:val="24"/>
                                <w:szCs w:val="24"/>
                              </w:rPr>
                            </w:pPr>
                            <w:r w:rsidRPr="004010C5">
                              <w:rPr>
                                <w:rFonts w:ascii="Aptos" w:hAnsi="Aptos"/>
                                <w:bCs/>
                                <w:sz w:val="24"/>
                                <w:szCs w:val="24"/>
                              </w:rPr>
                              <w:t xml:space="preserve">2. How was the </w:t>
                            </w:r>
                            <w:r>
                              <w:rPr>
                                <w:rFonts w:ascii="Aptos" w:hAnsi="Aptos"/>
                                <w:bCs/>
                                <w:sz w:val="24"/>
                                <w:szCs w:val="24"/>
                              </w:rPr>
                              <w:t>narrative created</w:t>
                            </w:r>
                            <w:r w:rsidRPr="004010C5">
                              <w:rPr>
                                <w:rFonts w:ascii="Aptos" w:hAnsi="Aptos"/>
                                <w:bCs/>
                                <w:sz w:val="24"/>
                                <w:szCs w:val="24"/>
                              </w:rPr>
                              <w:t>?</w:t>
                            </w:r>
                          </w:p>
                          <w:p w14:paraId="0C171F41" w14:textId="77777777" w:rsidR="00447592" w:rsidRPr="004010C5" w:rsidRDefault="00447592" w:rsidP="00447592">
                            <w:pPr>
                              <w:rPr>
                                <w:rFonts w:ascii="Aptos" w:hAnsi="Aptos"/>
                                <w:bCs/>
                                <w:sz w:val="24"/>
                                <w:szCs w:val="24"/>
                              </w:rPr>
                            </w:pPr>
                            <w:r w:rsidRPr="004010C5">
                              <w:rPr>
                                <w:rFonts w:ascii="Aptos" w:hAnsi="Aptos"/>
                                <w:bCs/>
                                <w:sz w:val="24"/>
                                <w:szCs w:val="24"/>
                              </w:rPr>
                              <w:t>3. Why it worked (or didn’t)?</w:t>
                            </w:r>
                          </w:p>
                          <w:p w14:paraId="6E16BEBA" w14:textId="77777777" w:rsidR="00447592" w:rsidRPr="004010C5" w:rsidRDefault="00447592" w:rsidP="00447592">
                            <w:pPr>
                              <w:rPr>
                                <w:rFonts w:ascii="Aptos" w:hAnsi="Aptos"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799FD5A9" w14:textId="77777777" w:rsidR="00447592" w:rsidRPr="004010C5" w:rsidRDefault="00447592" w:rsidP="00447592">
                            <w:pPr>
                              <w:rPr>
                                <w:rFonts w:ascii="Aptos" w:hAnsi="Aptos"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9A34EC" id="Text Box 1" o:spid="_x0000_s1033" type="#_x0000_t202" style="position:absolute;margin-left:322.8pt;margin-top:16.45pt;width:135pt;height:120.6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" filled="f" strokeweight=".5pt">
                <v:textbox>
                  <w:txbxContent>
                    <w:p w14:paraId="35434016" w14:textId="00E99BD7" w:rsidR="00447592" w:rsidRPr="004010C5" w:rsidRDefault="00447592" w:rsidP="00447592">
                      <w:pPr>
                        <w:rPr>
                          <w:rFonts w:ascii="Aptos" w:hAnsi="Aptos"/>
                          <w:bCs/>
                          <w:sz w:val="24"/>
                          <w:szCs w:val="24"/>
                        </w:rPr>
                      </w:pPr>
                      <w:r w:rsidRPr="004010C5">
                        <w:rPr>
                          <w:rFonts w:ascii="Aptos" w:hAnsi="Aptos"/>
                          <w:bCs/>
                          <w:sz w:val="24"/>
                          <w:szCs w:val="24"/>
                        </w:rPr>
                        <w:t xml:space="preserve">1. </w:t>
                      </w:r>
                      <w:r w:rsidR="00B32A6F" w:rsidRPr="00B32A6F">
                        <w:rPr>
                          <w:rFonts w:ascii="Aptos" w:hAnsi="Aptos"/>
                          <w:bCs/>
                          <w:sz w:val="24"/>
                          <w:szCs w:val="24"/>
                        </w:rPr>
                        <w:t xml:space="preserve">RPRM </w:t>
                      </w:r>
                      <w:r w:rsidRPr="004010C5">
                        <w:rPr>
                          <w:rFonts w:ascii="Aptos" w:hAnsi="Aptos"/>
                          <w:bCs/>
                          <w:sz w:val="24"/>
                          <w:szCs w:val="24"/>
                        </w:rPr>
                        <w:t>Strategy?</w:t>
                      </w:r>
                    </w:p>
                    <w:p w14:paraId="6FFE5BDD" w14:textId="26102D61" w:rsidR="00447592" w:rsidRPr="004010C5" w:rsidRDefault="00447592" w:rsidP="00447592">
                      <w:pPr>
                        <w:rPr>
                          <w:rFonts w:ascii="Aptos" w:hAnsi="Aptos"/>
                          <w:bCs/>
                          <w:sz w:val="24"/>
                          <w:szCs w:val="24"/>
                        </w:rPr>
                      </w:pPr>
                      <w:r w:rsidRPr="004010C5">
                        <w:rPr>
                          <w:rFonts w:ascii="Aptos" w:hAnsi="Aptos"/>
                          <w:bCs/>
                          <w:sz w:val="24"/>
                          <w:szCs w:val="24"/>
                        </w:rPr>
                        <w:t xml:space="preserve">2. How was the </w:t>
                      </w:r>
                      <w:r>
                        <w:rPr>
                          <w:rFonts w:ascii="Aptos" w:hAnsi="Aptos"/>
                          <w:bCs/>
                          <w:sz w:val="24"/>
                          <w:szCs w:val="24"/>
                        </w:rPr>
                        <w:t>narrative created</w:t>
                      </w:r>
                      <w:r w:rsidRPr="004010C5">
                        <w:rPr>
                          <w:rFonts w:ascii="Aptos" w:hAnsi="Aptos"/>
                          <w:bCs/>
                          <w:sz w:val="24"/>
                          <w:szCs w:val="24"/>
                        </w:rPr>
                        <w:t>?</w:t>
                      </w:r>
                    </w:p>
                    <w:p w14:paraId="0C171F41" w14:textId="77777777" w:rsidR="00447592" w:rsidRPr="004010C5" w:rsidRDefault="00447592" w:rsidP="00447592">
                      <w:pPr>
                        <w:rPr>
                          <w:rFonts w:ascii="Aptos" w:hAnsi="Aptos"/>
                          <w:bCs/>
                          <w:sz w:val="24"/>
                          <w:szCs w:val="24"/>
                        </w:rPr>
                      </w:pPr>
                      <w:r w:rsidRPr="004010C5">
                        <w:rPr>
                          <w:rFonts w:ascii="Aptos" w:hAnsi="Aptos"/>
                          <w:bCs/>
                          <w:sz w:val="24"/>
                          <w:szCs w:val="24"/>
                        </w:rPr>
                        <w:t>3. Why it worked (or didn’t)?</w:t>
                      </w:r>
                    </w:p>
                    <w:p w14:paraId="6E16BEBA" w14:textId="77777777" w:rsidR="00447592" w:rsidRPr="004010C5" w:rsidRDefault="00447592" w:rsidP="00447592">
                      <w:pPr>
                        <w:rPr>
                          <w:rFonts w:ascii="Aptos" w:hAnsi="Aptos"/>
                          <w:bCs/>
                          <w:sz w:val="24"/>
                          <w:szCs w:val="24"/>
                        </w:rPr>
                      </w:pPr>
                    </w:p>
                    <w:p w14:paraId="799FD5A9" w14:textId="77777777" w:rsidR="00447592" w:rsidRPr="004010C5" w:rsidRDefault="00447592" w:rsidP="00447592">
                      <w:pPr>
                        <w:rPr>
                          <w:rFonts w:ascii="Aptos" w:hAnsi="Aptos"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ptos" w:hAnsi="Apto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3074770" wp14:editId="6CC4479B">
                <wp:simplePos x="0" y="0"/>
                <wp:positionH relativeFrom="column">
                  <wp:posOffset>624840</wp:posOffset>
                </wp:positionH>
                <wp:positionV relativeFrom="paragraph">
                  <wp:posOffset>66800</wp:posOffset>
                </wp:positionV>
                <wp:extent cx="2880360" cy="1783080"/>
                <wp:effectExtent l="0" t="0" r="15240" b="7620"/>
                <wp:wrapNone/>
                <wp:docPr id="1728136340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360" cy="1783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B8947C7" w14:textId="6B94F93A" w:rsidR="00123FE7" w:rsidRDefault="00123FE7" w:rsidP="00123FE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59A5FE" wp14:editId="24D4E255">
                                  <wp:extent cx="1687195" cy="1685290"/>
                                  <wp:effectExtent l="0" t="0" r="1905" b="3810"/>
                                  <wp:docPr id="649197702" name="Picture 7" descr="A blue background with white text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49197702" name="Picture 7" descr="A blue background with white text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87195" cy="16852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E3725">
                              <w:rPr>
                                <w:noProof/>
                              </w:rPr>
                              <w:drawing>
                                <wp:inline distT="0" distB="0" distL="0" distR="0" wp14:anchorId="4D2A25E6" wp14:editId="430DEFC5">
                                  <wp:extent cx="990600" cy="1687195"/>
                                  <wp:effectExtent l="0" t="0" r="0" b="1905"/>
                                  <wp:docPr id="1125162076" name="Picture 8" descr="A screenshot of a social media post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5162076" name="Picture 8" descr="A screenshot of a social media post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14577" cy="172803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074770" id="_x0000_s1034" type="#_x0000_t202" style="position:absolute;margin-left:49.2pt;margin-top:5.25pt;width:226.8pt;height:140.4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" fillcolor="white [3201]" strokeweight=".5pt">
                <v:textbox>
                  <w:txbxContent>
                    <w:p w14:paraId="2B8947C7" w14:textId="6B94F93A" w:rsidR="00123FE7" w:rsidRDefault="00123FE7" w:rsidP="00123FE7">
                      <w:r>
                        <w:rPr>
                          <w:noProof/>
                        </w:rPr>
                        <w:drawing>
                          <wp:inline distT="0" distB="0" distL="0" distR="0" wp14:anchorId="7359A5FE" wp14:editId="24D4E255">
                            <wp:extent cx="1687195" cy="1685290"/>
                            <wp:effectExtent l="0" t="0" r="1905" b="3810"/>
                            <wp:docPr id="649197702" name="Picture 7" descr="A blue background with white text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49197702" name="Picture 7" descr="A blue background with white text&#10;&#10;AI-generated content may be incorrect."/>
                                    <pic:cNvPicPr/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87195" cy="16852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0E3725">
                        <w:rPr>
                          <w:noProof/>
                        </w:rPr>
                        <w:drawing>
                          <wp:inline distT="0" distB="0" distL="0" distR="0" wp14:anchorId="4D2A25E6" wp14:editId="430DEFC5">
                            <wp:extent cx="990600" cy="1687195"/>
                            <wp:effectExtent l="0" t="0" r="0" b="1905"/>
                            <wp:docPr id="1125162076" name="Picture 8" descr="A screenshot of a social media post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25162076" name="Picture 8" descr="A screenshot of a social media post&#10;&#10;AI-generated content may be incorrect."/>
                                    <pic:cNvPicPr/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14577" cy="172803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8998CBE" w14:textId="26428990" w:rsidR="00123FE7" w:rsidRDefault="00123FE7">
      <w:pPr>
        <w:rPr>
          <w:rFonts w:ascii="Aptos" w:hAnsi="Aptos"/>
          <w:sz w:val="24"/>
          <w:szCs w:val="24"/>
        </w:rPr>
      </w:pPr>
    </w:p>
    <w:p w14:paraId="0CEB7E97" w14:textId="6F4F0929" w:rsidR="00123FE7" w:rsidRDefault="00123FE7">
      <w:pPr>
        <w:rPr>
          <w:rFonts w:ascii="Aptos" w:hAnsi="Aptos"/>
          <w:sz w:val="24"/>
          <w:szCs w:val="24"/>
        </w:rPr>
      </w:pPr>
    </w:p>
    <w:p w14:paraId="50821DCE" w14:textId="77777777" w:rsidR="00B32A6F" w:rsidRDefault="00B32A6F">
      <w:pPr>
        <w:rPr>
          <w:rFonts w:ascii="Aptos" w:hAnsi="Aptos"/>
          <w:sz w:val="24"/>
          <w:szCs w:val="24"/>
        </w:rPr>
      </w:pPr>
    </w:p>
    <w:p w14:paraId="0BC09F7E" w14:textId="3FC054CD" w:rsidR="00526543" w:rsidRPr="000F4FD0" w:rsidRDefault="00000000">
      <w:pPr>
        <w:rPr>
          <w:rFonts w:ascii="Aptos" w:hAnsi="Aptos"/>
          <w:sz w:val="24"/>
          <w:szCs w:val="24"/>
        </w:rPr>
      </w:pPr>
      <w:r w:rsidRPr="000F4FD0">
        <w:rPr>
          <w:rFonts w:ascii="Aptos" w:hAnsi="Aptos"/>
          <w:sz w:val="24"/>
          <w:szCs w:val="24"/>
        </w:rPr>
        <w:lastRenderedPageBreak/>
        <w:t>Your task: Draft a 3-slide carousel OR a caption + image idea for your research.</w:t>
      </w:r>
      <w:r w:rsidRPr="000F4FD0">
        <w:rPr>
          <w:rFonts w:ascii="Aptos" w:hAnsi="Aptos"/>
          <w:sz w:val="24"/>
          <w:szCs w:val="24"/>
        </w:rPr>
        <w:br/>
      </w:r>
      <w:r w:rsidRPr="000F4FD0">
        <w:rPr>
          <w:rFonts w:ascii="Aptos" w:hAnsi="Aptos"/>
          <w:sz w:val="24"/>
          <w:szCs w:val="24"/>
        </w:rPr>
        <w:br/>
        <w:t>________________________</w:t>
      </w:r>
    </w:p>
    <w:p w14:paraId="77B35DF1" w14:textId="18C39129" w:rsidR="00526543" w:rsidRPr="000F4FD0" w:rsidRDefault="00000000">
      <w:pPr>
        <w:pStyle w:val="Heading2"/>
        <w:rPr>
          <w:rFonts w:ascii="Aptos" w:hAnsi="Aptos"/>
          <w:sz w:val="24"/>
          <w:szCs w:val="24"/>
        </w:rPr>
      </w:pPr>
      <w:r w:rsidRPr="000F4FD0">
        <w:rPr>
          <w:rFonts w:ascii="Aptos" w:hAnsi="Aptos"/>
          <w:sz w:val="24"/>
          <w:szCs w:val="24"/>
        </w:rPr>
        <w:t>c) LinkedIn – Professional Narratives</w:t>
      </w:r>
    </w:p>
    <w:p w14:paraId="38C25F36" w14:textId="21A49615" w:rsidR="00123FE7" w:rsidRDefault="00447592" w:rsidP="00C4095D">
      <w:pPr>
        <w:jc w:val="center"/>
        <w:rPr>
          <w:rFonts w:ascii="Aptos" w:hAnsi="Aptos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AAD2F93" wp14:editId="693CAAF3">
                <wp:simplePos x="0" y="0"/>
                <wp:positionH relativeFrom="column">
                  <wp:posOffset>4579620</wp:posOffset>
                </wp:positionH>
                <wp:positionV relativeFrom="paragraph">
                  <wp:posOffset>525145</wp:posOffset>
                </wp:positionV>
                <wp:extent cx="1714500" cy="1531620"/>
                <wp:effectExtent l="0" t="0" r="0" b="0"/>
                <wp:wrapNone/>
                <wp:docPr id="22214308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15316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ED2ED9" w14:textId="6432FF9F" w:rsidR="00447592" w:rsidRPr="004010C5" w:rsidRDefault="00447592" w:rsidP="00447592">
                            <w:pPr>
                              <w:rPr>
                                <w:rFonts w:ascii="Aptos" w:hAnsi="Aptos"/>
                                <w:bCs/>
                                <w:sz w:val="24"/>
                                <w:szCs w:val="24"/>
                              </w:rPr>
                            </w:pPr>
                            <w:r w:rsidRPr="004010C5">
                              <w:rPr>
                                <w:rFonts w:ascii="Aptos" w:hAnsi="Aptos"/>
                                <w:bCs/>
                                <w:sz w:val="24"/>
                                <w:szCs w:val="24"/>
                              </w:rPr>
                              <w:t xml:space="preserve">1. </w:t>
                            </w:r>
                            <w:r w:rsidR="00B32A6F" w:rsidRPr="00B32A6F">
                              <w:rPr>
                                <w:rFonts w:ascii="Aptos" w:hAnsi="Aptos"/>
                                <w:bCs/>
                                <w:sz w:val="24"/>
                                <w:szCs w:val="24"/>
                              </w:rPr>
                              <w:t xml:space="preserve">RPRM </w:t>
                            </w:r>
                            <w:r w:rsidRPr="004010C5">
                              <w:rPr>
                                <w:rFonts w:ascii="Aptos" w:hAnsi="Aptos"/>
                                <w:bCs/>
                                <w:sz w:val="24"/>
                                <w:szCs w:val="24"/>
                              </w:rPr>
                              <w:t>Strategy?</w:t>
                            </w:r>
                          </w:p>
                          <w:p w14:paraId="3B2AFEA5" w14:textId="77777777" w:rsidR="00447592" w:rsidRPr="004010C5" w:rsidRDefault="00447592" w:rsidP="00447592">
                            <w:pPr>
                              <w:rPr>
                                <w:rFonts w:ascii="Aptos" w:hAnsi="Aptos"/>
                                <w:bCs/>
                                <w:sz w:val="24"/>
                                <w:szCs w:val="24"/>
                              </w:rPr>
                            </w:pPr>
                            <w:r w:rsidRPr="004010C5">
                              <w:rPr>
                                <w:rFonts w:ascii="Aptos" w:hAnsi="Aptos"/>
                                <w:bCs/>
                                <w:sz w:val="24"/>
                                <w:szCs w:val="24"/>
                              </w:rPr>
                              <w:t xml:space="preserve">2. How was the </w:t>
                            </w:r>
                            <w:r>
                              <w:rPr>
                                <w:rFonts w:ascii="Aptos" w:hAnsi="Aptos"/>
                                <w:bCs/>
                                <w:sz w:val="24"/>
                                <w:szCs w:val="24"/>
                              </w:rPr>
                              <w:t>narrative created</w:t>
                            </w:r>
                            <w:r w:rsidRPr="004010C5">
                              <w:rPr>
                                <w:rFonts w:ascii="Aptos" w:hAnsi="Aptos"/>
                                <w:bCs/>
                                <w:sz w:val="24"/>
                                <w:szCs w:val="24"/>
                              </w:rPr>
                              <w:t>?</w:t>
                            </w:r>
                          </w:p>
                          <w:p w14:paraId="7B77C22D" w14:textId="77777777" w:rsidR="00447592" w:rsidRPr="004010C5" w:rsidRDefault="00447592" w:rsidP="00447592">
                            <w:pPr>
                              <w:rPr>
                                <w:rFonts w:ascii="Aptos" w:hAnsi="Aptos"/>
                                <w:bCs/>
                                <w:sz w:val="24"/>
                                <w:szCs w:val="24"/>
                              </w:rPr>
                            </w:pPr>
                            <w:r w:rsidRPr="004010C5">
                              <w:rPr>
                                <w:rFonts w:ascii="Aptos" w:hAnsi="Aptos"/>
                                <w:bCs/>
                                <w:sz w:val="24"/>
                                <w:szCs w:val="24"/>
                              </w:rPr>
                              <w:t>3. Why it worked (or didn’t)?</w:t>
                            </w:r>
                          </w:p>
                          <w:p w14:paraId="3C612811" w14:textId="77777777" w:rsidR="00447592" w:rsidRPr="004010C5" w:rsidRDefault="00447592" w:rsidP="00447592">
                            <w:pPr>
                              <w:rPr>
                                <w:rFonts w:ascii="Aptos" w:hAnsi="Aptos"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764AE76B" w14:textId="77777777" w:rsidR="00447592" w:rsidRPr="004010C5" w:rsidRDefault="00447592" w:rsidP="00447592">
                            <w:pPr>
                              <w:rPr>
                                <w:rFonts w:ascii="Aptos" w:hAnsi="Aptos"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AD2F93" id="_x0000_s1035" type="#_x0000_t202" style="position:absolute;left:0;text-align:left;margin-left:360.6pt;margin-top:41.35pt;width:135pt;height:120.6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" filled="f" strokeweight=".5pt">
                <v:textbox>
                  <w:txbxContent>
                    <w:p w14:paraId="19ED2ED9" w14:textId="6432FF9F" w:rsidR="00447592" w:rsidRPr="004010C5" w:rsidRDefault="00447592" w:rsidP="00447592">
                      <w:pPr>
                        <w:rPr>
                          <w:rFonts w:ascii="Aptos" w:hAnsi="Aptos"/>
                          <w:bCs/>
                          <w:sz w:val="24"/>
                          <w:szCs w:val="24"/>
                        </w:rPr>
                      </w:pPr>
                      <w:r w:rsidRPr="004010C5">
                        <w:rPr>
                          <w:rFonts w:ascii="Aptos" w:hAnsi="Aptos"/>
                          <w:bCs/>
                          <w:sz w:val="24"/>
                          <w:szCs w:val="24"/>
                        </w:rPr>
                        <w:t xml:space="preserve">1. </w:t>
                      </w:r>
                      <w:r w:rsidR="00B32A6F" w:rsidRPr="00B32A6F">
                        <w:rPr>
                          <w:rFonts w:ascii="Aptos" w:hAnsi="Aptos"/>
                          <w:bCs/>
                          <w:sz w:val="24"/>
                          <w:szCs w:val="24"/>
                        </w:rPr>
                        <w:t xml:space="preserve">RPRM </w:t>
                      </w:r>
                      <w:r w:rsidRPr="004010C5">
                        <w:rPr>
                          <w:rFonts w:ascii="Aptos" w:hAnsi="Aptos"/>
                          <w:bCs/>
                          <w:sz w:val="24"/>
                          <w:szCs w:val="24"/>
                        </w:rPr>
                        <w:t>Strategy?</w:t>
                      </w:r>
                    </w:p>
                    <w:p w14:paraId="3B2AFEA5" w14:textId="77777777" w:rsidR="00447592" w:rsidRPr="004010C5" w:rsidRDefault="00447592" w:rsidP="00447592">
                      <w:pPr>
                        <w:rPr>
                          <w:rFonts w:ascii="Aptos" w:hAnsi="Aptos"/>
                          <w:bCs/>
                          <w:sz w:val="24"/>
                          <w:szCs w:val="24"/>
                        </w:rPr>
                      </w:pPr>
                      <w:r w:rsidRPr="004010C5">
                        <w:rPr>
                          <w:rFonts w:ascii="Aptos" w:hAnsi="Aptos"/>
                          <w:bCs/>
                          <w:sz w:val="24"/>
                          <w:szCs w:val="24"/>
                        </w:rPr>
                        <w:t xml:space="preserve">2. How was the </w:t>
                      </w:r>
                      <w:r>
                        <w:rPr>
                          <w:rFonts w:ascii="Aptos" w:hAnsi="Aptos"/>
                          <w:bCs/>
                          <w:sz w:val="24"/>
                          <w:szCs w:val="24"/>
                        </w:rPr>
                        <w:t>narrative created</w:t>
                      </w:r>
                      <w:r w:rsidRPr="004010C5">
                        <w:rPr>
                          <w:rFonts w:ascii="Aptos" w:hAnsi="Aptos"/>
                          <w:bCs/>
                          <w:sz w:val="24"/>
                          <w:szCs w:val="24"/>
                        </w:rPr>
                        <w:t>?</w:t>
                      </w:r>
                    </w:p>
                    <w:p w14:paraId="7B77C22D" w14:textId="77777777" w:rsidR="00447592" w:rsidRPr="004010C5" w:rsidRDefault="00447592" w:rsidP="00447592">
                      <w:pPr>
                        <w:rPr>
                          <w:rFonts w:ascii="Aptos" w:hAnsi="Aptos"/>
                          <w:bCs/>
                          <w:sz w:val="24"/>
                          <w:szCs w:val="24"/>
                        </w:rPr>
                      </w:pPr>
                      <w:r w:rsidRPr="004010C5">
                        <w:rPr>
                          <w:rFonts w:ascii="Aptos" w:hAnsi="Aptos"/>
                          <w:bCs/>
                          <w:sz w:val="24"/>
                          <w:szCs w:val="24"/>
                        </w:rPr>
                        <w:t>3. Why it worked (or didn’t)?</w:t>
                      </w:r>
                    </w:p>
                    <w:p w14:paraId="3C612811" w14:textId="77777777" w:rsidR="00447592" w:rsidRPr="004010C5" w:rsidRDefault="00447592" w:rsidP="00447592">
                      <w:pPr>
                        <w:rPr>
                          <w:rFonts w:ascii="Aptos" w:hAnsi="Aptos"/>
                          <w:bCs/>
                          <w:sz w:val="24"/>
                          <w:szCs w:val="24"/>
                        </w:rPr>
                      </w:pPr>
                    </w:p>
                    <w:p w14:paraId="764AE76B" w14:textId="77777777" w:rsidR="00447592" w:rsidRPr="004010C5" w:rsidRDefault="00447592" w:rsidP="00447592">
                      <w:pPr>
                        <w:rPr>
                          <w:rFonts w:ascii="Aptos" w:hAnsi="Aptos"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4095D" w:rsidRPr="00C4095D">
        <w:rPr>
          <w:rFonts w:ascii="Aptos" w:hAnsi="Apto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D48E08D" wp14:editId="5CE62275">
                <wp:simplePos x="0" y="0"/>
                <wp:positionH relativeFrom="column">
                  <wp:posOffset>-487680</wp:posOffset>
                </wp:positionH>
                <wp:positionV relativeFrom="paragraph">
                  <wp:posOffset>510540</wp:posOffset>
                </wp:positionV>
                <wp:extent cx="1965603" cy="307777"/>
                <wp:effectExtent l="0" t="0" r="0" b="0"/>
                <wp:wrapNone/>
                <wp:docPr id="2" name="TextBox 1">
                  <a:extLst xmlns:a="http://schemas.openxmlformats.org/drawingml/2006/main">
                    <a:ext uri="{FF2B5EF4-FFF2-40B4-BE49-F238E27FC236}">
                      <a16:creationId xmlns:a16="http://schemas.microsoft.com/office/drawing/2014/main" id="{C0BD3BA0-CBBC-33E6-1698-904462BA94C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5603" cy="30777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D304ECD" w14:textId="77777777" w:rsidR="00C4095D" w:rsidRPr="00C4095D" w:rsidRDefault="00C4095D" w:rsidP="00C4095D">
                            <w:pPr>
                              <w:rPr>
                                <w:rFonts w:ascii="Arial" w:eastAsia="Arial" w:hAnsi="Arial" w:cs="Arial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C4095D">
                              <w:rPr>
                                <w:rFonts w:ascii="Arial" w:eastAsia="Arial" w:hAnsi="Arial" w:cs="Arial"/>
                                <w:color w:val="000000"/>
                                <w:sz w:val="24"/>
                                <w:szCs w:val="24"/>
                              </w:rPr>
                              <w:t>Apologies for the plug!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48E08D" id="TextBox 1" o:spid="_x0000_s1036" type="#_x0000_t202" style="position:absolute;left:0;text-align:left;margin-left:-38.4pt;margin-top:40.2pt;width:154.75pt;height:24.25pt;z-index:2516746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" filled="f" stroked="f">
                <v:textbox style="mso-fit-shape-to-text:t">
                  <w:txbxContent>
                    <w:p w14:paraId="6D304ECD" w14:textId="77777777" w:rsidR="00C4095D" w:rsidRPr="00C4095D" w:rsidRDefault="00C4095D" w:rsidP="00C4095D">
                      <w:pPr>
                        <w:rPr>
                          <w:rFonts w:ascii="Arial" w:eastAsia="Arial" w:hAnsi="Arial" w:cs="Arial"/>
                          <w:color w:val="000000"/>
                          <w:sz w:val="24"/>
                          <w:szCs w:val="24"/>
                        </w:rPr>
                      </w:pPr>
                      <w:r w:rsidRPr="00C4095D">
                        <w:rPr>
                          <w:rFonts w:ascii="Arial" w:eastAsia="Arial" w:hAnsi="Arial" w:cs="Arial"/>
                          <w:color w:val="000000"/>
                          <w:sz w:val="24"/>
                          <w:szCs w:val="24"/>
                        </w:rPr>
                        <w:t>Apologies for the plug!</w:t>
                      </w:r>
                    </w:p>
                  </w:txbxContent>
                </v:textbox>
              </v:shape>
            </w:pict>
          </mc:Fallback>
        </mc:AlternateContent>
      </w:r>
      <w:r w:rsidR="004F53A5" w:rsidRPr="004F53A5">
        <w:rPr>
          <w:rFonts w:ascii="Aptos" w:hAnsi="Aptos"/>
          <w:noProof/>
          <w:sz w:val="24"/>
          <w:szCs w:val="24"/>
        </w:rPr>
        <w:drawing>
          <wp:inline distT="0" distB="0" distL="0" distR="0" wp14:anchorId="178ABEBB" wp14:editId="7C1534B9">
            <wp:extent cx="2954780" cy="2983230"/>
            <wp:effectExtent l="0" t="0" r="4445" b="1270"/>
            <wp:docPr id="4" name="Picture 3" descr="A screenshot of a social media post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EE73141F-7700-3F95-A65E-11635A1E3DD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A screenshot of a social media post&#10;&#10;AI-generated content may be incorrect.">
                      <a:extLst>
                        <a:ext uri="{FF2B5EF4-FFF2-40B4-BE49-F238E27FC236}">
                          <a16:creationId xmlns:a16="http://schemas.microsoft.com/office/drawing/2014/main" id="{EE73141F-7700-3F95-A65E-11635A1E3DD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967578" cy="2996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E56B3" w14:textId="77777777" w:rsidR="00C4095D" w:rsidRDefault="00C4095D" w:rsidP="00C4095D">
      <w:pPr>
        <w:jc w:val="center"/>
        <w:rPr>
          <w:rFonts w:ascii="Aptos" w:hAnsi="Aptos"/>
          <w:sz w:val="24"/>
          <w:szCs w:val="24"/>
        </w:rPr>
      </w:pPr>
    </w:p>
    <w:p w14:paraId="056FE5AF" w14:textId="18227709" w:rsidR="007557E8" w:rsidRDefault="00000000" w:rsidP="007557E8">
      <w:pPr>
        <w:rPr>
          <w:rFonts w:ascii="Aptos" w:hAnsi="Aptos"/>
          <w:sz w:val="24"/>
          <w:szCs w:val="24"/>
        </w:rPr>
      </w:pPr>
      <w:r w:rsidRPr="000F4FD0">
        <w:rPr>
          <w:rFonts w:ascii="Aptos" w:hAnsi="Aptos"/>
          <w:sz w:val="24"/>
          <w:szCs w:val="24"/>
        </w:rPr>
        <w:t>Your task: Draft a LinkedIn-style post highlighting your research impact.</w:t>
      </w:r>
      <w:r w:rsidRPr="000F4FD0">
        <w:rPr>
          <w:rFonts w:ascii="Aptos" w:hAnsi="Aptos"/>
          <w:sz w:val="24"/>
          <w:szCs w:val="24"/>
        </w:rPr>
        <w:br/>
        <w:t>______________________</w:t>
      </w:r>
    </w:p>
    <w:p w14:paraId="11EE8221" w14:textId="339852E1" w:rsidR="00DF2CD3" w:rsidRDefault="00DF2CD3" w:rsidP="007557E8">
      <w:pPr>
        <w:rPr>
          <w:rFonts w:ascii="Aptos" w:hAnsi="Aptos"/>
          <w:sz w:val="24"/>
          <w:szCs w:val="24"/>
        </w:rPr>
      </w:pPr>
      <w:r>
        <w:rPr>
          <w:rFonts w:ascii="Aptos" w:hAnsi="Aptos"/>
          <w:sz w:val="24"/>
          <w:szCs w:val="24"/>
        </w:rPr>
        <w:t xml:space="preserve">Wrapping up </w:t>
      </w:r>
    </w:p>
    <w:p w14:paraId="0A3A487E" w14:textId="6CDD0ED1" w:rsidR="00DF2CD3" w:rsidRPr="007557E8" w:rsidRDefault="00DF2CD3" w:rsidP="007557E8">
      <w:pPr>
        <w:rPr>
          <w:rFonts w:ascii="Aptos" w:hAnsi="Aptos"/>
          <w:sz w:val="24"/>
          <w:szCs w:val="24"/>
        </w:rPr>
      </w:pPr>
      <w:r>
        <w:rPr>
          <w:rFonts w:ascii="Aptos" w:hAnsi="Aptos"/>
          <w:noProof/>
          <w:sz w:val="24"/>
          <w:szCs w:val="24"/>
        </w:rPr>
        <w:drawing>
          <wp:inline distT="0" distB="0" distL="0" distR="0" wp14:anchorId="778E51A6" wp14:editId="3F7AC984">
            <wp:extent cx="5486400" cy="2845435"/>
            <wp:effectExtent l="0" t="0" r="0" b="0"/>
            <wp:docPr id="2005357796" name="Picture 11" descr="A diagram of different types of social medi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357796" name="Picture 11" descr="A diagram of different types of social media&#10;&#10;AI-generated content may be incorrect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84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719F8" w14:textId="77777777" w:rsidR="00DF2CD3" w:rsidRDefault="00DF2CD3">
      <w:pPr>
        <w:pStyle w:val="Heading1"/>
        <w:rPr>
          <w:rFonts w:ascii="Aptos" w:hAnsi="Aptos"/>
          <w:sz w:val="24"/>
          <w:szCs w:val="24"/>
        </w:rPr>
      </w:pPr>
      <w:r>
        <w:rPr>
          <w:rFonts w:ascii="Aptos" w:hAnsi="Aptos"/>
          <w:noProof/>
          <w:sz w:val="24"/>
          <w:szCs w:val="24"/>
        </w:rPr>
        <w:lastRenderedPageBreak/>
        <w:drawing>
          <wp:inline distT="0" distB="0" distL="0" distR="0" wp14:anchorId="13634EA4" wp14:editId="300E9D31">
            <wp:extent cx="5486400" cy="1804035"/>
            <wp:effectExtent l="0" t="0" r="0" b="0"/>
            <wp:docPr id="264409013" name="Picture 12" descr="A screenshot of a research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409013" name="Picture 12" descr="A screenshot of a research paper&#10;&#10;AI-generated content may be incorrect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80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6190B" w14:textId="77777777" w:rsidR="00DF2CD3" w:rsidRDefault="00DF2CD3">
      <w:pPr>
        <w:pStyle w:val="Heading1"/>
        <w:rPr>
          <w:rFonts w:ascii="Aptos" w:hAnsi="Aptos"/>
          <w:sz w:val="24"/>
          <w:szCs w:val="24"/>
        </w:rPr>
      </w:pPr>
      <w:r>
        <w:rPr>
          <w:rFonts w:ascii="Aptos" w:hAnsi="Aptos"/>
          <w:noProof/>
          <w:sz w:val="24"/>
          <w:szCs w:val="24"/>
        </w:rPr>
        <w:drawing>
          <wp:inline distT="0" distB="0" distL="0" distR="0" wp14:anchorId="25EB7FEB" wp14:editId="48AC59A9">
            <wp:extent cx="5486400" cy="1824355"/>
            <wp:effectExtent l="0" t="0" r="0" b="4445"/>
            <wp:docPr id="557837481" name="Picture 13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837481" name="Picture 13" descr="A screenshot of a computer&#10;&#10;AI-generated content may be incorrect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82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386F8" w14:textId="16F88BC1" w:rsidR="00526543" w:rsidRPr="000F4FD0" w:rsidRDefault="0029163A">
      <w:pPr>
        <w:pStyle w:val="Heading1"/>
        <w:rPr>
          <w:rFonts w:ascii="Aptos" w:hAnsi="Aptos"/>
          <w:sz w:val="24"/>
          <w:szCs w:val="24"/>
        </w:rPr>
      </w:pPr>
      <w:r>
        <w:rPr>
          <w:rFonts w:ascii="Aptos" w:hAnsi="Aptos"/>
          <w:sz w:val="24"/>
          <w:szCs w:val="24"/>
        </w:rPr>
        <w:t>4</w:t>
      </w:r>
      <w:r w:rsidRPr="000F4FD0">
        <w:rPr>
          <w:rFonts w:ascii="Aptos" w:hAnsi="Aptos"/>
          <w:sz w:val="24"/>
          <w:szCs w:val="24"/>
        </w:rPr>
        <w:t>. Critical Reflection (Discussion)</w:t>
      </w:r>
      <w:r w:rsidR="000475EB">
        <w:rPr>
          <w:rFonts w:ascii="Aptos" w:hAnsi="Aptos"/>
          <w:sz w:val="24"/>
          <w:szCs w:val="24"/>
        </w:rPr>
        <w:t xml:space="preserve"> </w:t>
      </w:r>
      <w:r w:rsidR="000475EB" w:rsidRPr="000F4FD0">
        <w:rPr>
          <w:rFonts w:ascii="Aptos" w:hAnsi="Aptos"/>
          <w:sz w:val="24"/>
          <w:szCs w:val="24"/>
        </w:rPr>
        <w:t>(</w:t>
      </w:r>
      <w:r w:rsidR="000475EB">
        <w:rPr>
          <w:rFonts w:ascii="Aptos" w:hAnsi="Aptos"/>
          <w:sz w:val="24"/>
          <w:szCs w:val="24"/>
        </w:rPr>
        <w:t>1</w:t>
      </w:r>
      <w:r w:rsidR="000475EB" w:rsidRPr="000F4FD0">
        <w:rPr>
          <w:rFonts w:ascii="Aptos" w:hAnsi="Aptos"/>
          <w:sz w:val="24"/>
          <w:szCs w:val="24"/>
        </w:rPr>
        <w:t>0 mins)</w:t>
      </w:r>
    </w:p>
    <w:p w14:paraId="4B9A7EA1" w14:textId="77777777" w:rsidR="006C6682" w:rsidRDefault="006C6682">
      <w:pPr>
        <w:rPr>
          <w:rFonts w:ascii="Aptos" w:hAnsi="Aptos"/>
          <w:sz w:val="24"/>
          <w:szCs w:val="24"/>
        </w:rPr>
      </w:pPr>
    </w:p>
    <w:p w14:paraId="2085634D" w14:textId="77777777" w:rsidR="006C6682" w:rsidRDefault="00000000" w:rsidP="006C6682">
      <w:pPr>
        <w:spacing w:after="0" w:line="240" w:lineRule="auto"/>
        <w:rPr>
          <w:rFonts w:ascii="Aptos" w:hAnsi="Aptos"/>
          <w:sz w:val="24"/>
          <w:szCs w:val="24"/>
        </w:rPr>
      </w:pPr>
      <w:r w:rsidRPr="000F4FD0">
        <w:rPr>
          <w:rFonts w:ascii="Aptos" w:hAnsi="Aptos"/>
          <w:sz w:val="24"/>
          <w:szCs w:val="24"/>
        </w:rPr>
        <w:t>Discuss with your group:</w:t>
      </w:r>
    </w:p>
    <w:p w14:paraId="586C6FE4" w14:textId="08BB2297" w:rsidR="006C6682" w:rsidRDefault="00000000" w:rsidP="006C6682">
      <w:pPr>
        <w:spacing w:after="0" w:line="240" w:lineRule="auto"/>
        <w:rPr>
          <w:rFonts w:ascii="Aptos" w:hAnsi="Aptos"/>
          <w:sz w:val="24"/>
          <w:szCs w:val="24"/>
        </w:rPr>
      </w:pPr>
      <w:r w:rsidRPr="000F4FD0">
        <w:rPr>
          <w:rFonts w:ascii="Aptos" w:hAnsi="Aptos"/>
          <w:sz w:val="24"/>
          <w:szCs w:val="24"/>
        </w:rPr>
        <w:br/>
        <w:t xml:space="preserve">• What worked well </w:t>
      </w:r>
      <w:r w:rsidR="0083097B">
        <w:rPr>
          <w:rFonts w:ascii="Aptos" w:hAnsi="Aptos"/>
          <w:sz w:val="24"/>
          <w:szCs w:val="24"/>
        </w:rPr>
        <w:t>o</w:t>
      </w:r>
      <w:r w:rsidRPr="000F4FD0">
        <w:rPr>
          <w:rFonts w:ascii="Aptos" w:hAnsi="Aptos"/>
          <w:sz w:val="24"/>
          <w:szCs w:val="24"/>
        </w:rPr>
        <w:t>n each platform?</w:t>
      </w:r>
    </w:p>
    <w:p w14:paraId="42A3E463" w14:textId="77777777" w:rsidR="006C6682" w:rsidRDefault="006C6682" w:rsidP="006C6682">
      <w:pPr>
        <w:spacing w:after="0" w:line="240" w:lineRule="auto"/>
        <w:rPr>
          <w:rFonts w:ascii="Aptos" w:hAnsi="Aptos"/>
          <w:sz w:val="24"/>
          <w:szCs w:val="24"/>
        </w:rPr>
      </w:pPr>
    </w:p>
    <w:p w14:paraId="7048AF3B" w14:textId="77777777" w:rsidR="006C6682" w:rsidRDefault="00000000" w:rsidP="006C6682">
      <w:pPr>
        <w:spacing w:after="0" w:line="240" w:lineRule="auto"/>
        <w:rPr>
          <w:rFonts w:ascii="Aptos" w:hAnsi="Aptos"/>
          <w:sz w:val="24"/>
          <w:szCs w:val="24"/>
        </w:rPr>
      </w:pPr>
      <w:r w:rsidRPr="000F4FD0">
        <w:rPr>
          <w:rFonts w:ascii="Aptos" w:hAnsi="Aptos"/>
          <w:sz w:val="24"/>
          <w:szCs w:val="24"/>
        </w:rPr>
        <w:t>• What challenges or risks do you see?</w:t>
      </w:r>
    </w:p>
    <w:p w14:paraId="0F910B97" w14:textId="77777777" w:rsidR="006C6682" w:rsidRDefault="006C6682" w:rsidP="006C6682">
      <w:pPr>
        <w:spacing w:after="0" w:line="240" w:lineRule="auto"/>
        <w:rPr>
          <w:rFonts w:ascii="Aptos" w:hAnsi="Aptos"/>
          <w:sz w:val="24"/>
          <w:szCs w:val="24"/>
        </w:rPr>
      </w:pPr>
    </w:p>
    <w:p w14:paraId="5C7DCAC7" w14:textId="77777777" w:rsidR="006C6682" w:rsidRDefault="00000000" w:rsidP="006C6682">
      <w:pPr>
        <w:spacing w:after="0" w:line="240" w:lineRule="auto"/>
        <w:rPr>
          <w:rFonts w:ascii="Aptos" w:hAnsi="Aptos"/>
          <w:sz w:val="24"/>
          <w:szCs w:val="24"/>
        </w:rPr>
      </w:pPr>
      <w:r w:rsidRPr="000F4FD0">
        <w:rPr>
          <w:rFonts w:ascii="Aptos" w:hAnsi="Aptos"/>
          <w:sz w:val="24"/>
          <w:szCs w:val="24"/>
        </w:rPr>
        <w:t>• Which platform feels most natural for your research?</w:t>
      </w:r>
      <w:r w:rsidR="006C6682">
        <w:rPr>
          <w:rFonts w:ascii="Aptos" w:hAnsi="Aptos"/>
          <w:sz w:val="24"/>
          <w:szCs w:val="24"/>
        </w:rPr>
        <w:t xml:space="preserve"> </w:t>
      </w:r>
    </w:p>
    <w:p w14:paraId="02F1752A" w14:textId="77777777" w:rsidR="006C6682" w:rsidRDefault="006C6682" w:rsidP="006C6682">
      <w:pPr>
        <w:spacing w:after="0" w:line="240" w:lineRule="auto"/>
        <w:rPr>
          <w:rFonts w:ascii="Aptos" w:hAnsi="Aptos"/>
          <w:sz w:val="24"/>
          <w:szCs w:val="24"/>
        </w:rPr>
      </w:pPr>
    </w:p>
    <w:p w14:paraId="010D8402" w14:textId="60D9146D" w:rsidR="00526543" w:rsidRDefault="006C6682" w:rsidP="006C6682">
      <w:pPr>
        <w:spacing w:after="0" w:line="240" w:lineRule="auto"/>
        <w:rPr>
          <w:rFonts w:ascii="Aptos" w:hAnsi="Aptos"/>
          <w:sz w:val="24"/>
          <w:szCs w:val="24"/>
        </w:rPr>
      </w:pPr>
      <w:r w:rsidRPr="000F4FD0">
        <w:rPr>
          <w:rFonts w:ascii="Aptos" w:hAnsi="Aptos"/>
          <w:sz w:val="24"/>
          <w:szCs w:val="24"/>
        </w:rPr>
        <w:t>•</w:t>
      </w:r>
      <w:r>
        <w:rPr>
          <w:rFonts w:ascii="Aptos" w:hAnsi="Aptos"/>
          <w:sz w:val="24"/>
          <w:szCs w:val="24"/>
        </w:rPr>
        <w:t xml:space="preserve"> </w:t>
      </w:r>
      <w:r w:rsidRPr="006C6682">
        <w:rPr>
          <w:rFonts w:ascii="Aptos" w:hAnsi="Aptos"/>
          <w:sz w:val="24"/>
          <w:szCs w:val="24"/>
        </w:rPr>
        <w:t>How can AI enhance your communication strategy?</w:t>
      </w:r>
    </w:p>
    <w:p w14:paraId="31936121" w14:textId="77777777" w:rsidR="006C6682" w:rsidRDefault="006C6682">
      <w:pPr>
        <w:rPr>
          <w:rFonts w:ascii="Aptos" w:hAnsi="Aptos"/>
          <w:sz w:val="24"/>
          <w:szCs w:val="24"/>
        </w:rPr>
      </w:pPr>
    </w:p>
    <w:p w14:paraId="39167086" w14:textId="77777777" w:rsidR="00DF2CD3" w:rsidRDefault="00DF2CD3">
      <w:pPr>
        <w:pStyle w:val="Heading1"/>
        <w:rPr>
          <w:rFonts w:ascii="Aptos" w:hAnsi="Aptos"/>
          <w:sz w:val="24"/>
          <w:szCs w:val="24"/>
        </w:rPr>
      </w:pPr>
    </w:p>
    <w:p w14:paraId="4C93C7AB" w14:textId="77777777" w:rsidR="00DF2CD3" w:rsidRDefault="00DF2CD3" w:rsidP="00DF2CD3"/>
    <w:p w14:paraId="634A298F" w14:textId="77777777" w:rsidR="00DF2CD3" w:rsidRPr="00DF2CD3" w:rsidRDefault="00DF2CD3" w:rsidP="00DF2CD3"/>
    <w:p w14:paraId="7E8DDEC5" w14:textId="62CBA218" w:rsidR="00526543" w:rsidRPr="000F4FD0" w:rsidRDefault="0029163A">
      <w:pPr>
        <w:pStyle w:val="Heading1"/>
        <w:rPr>
          <w:rFonts w:ascii="Aptos" w:hAnsi="Aptos"/>
          <w:sz w:val="24"/>
          <w:szCs w:val="24"/>
        </w:rPr>
      </w:pPr>
      <w:r>
        <w:rPr>
          <w:rFonts w:ascii="Aptos" w:hAnsi="Aptos"/>
          <w:sz w:val="24"/>
          <w:szCs w:val="24"/>
        </w:rPr>
        <w:lastRenderedPageBreak/>
        <w:t>5</w:t>
      </w:r>
      <w:r w:rsidRPr="000F4FD0">
        <w:rPr>
          <w:rFonts w:ascii="Aptos" w:hAnsi="Aptos"/>
          <w:sz w:val="24"/>
          <w:szCs w:val="24"/>
        </w:rPr>
        <w:t>. Final Task: Your Research Post (</w:t>
      </w:r>
      <w:r w:rsidR="00B70D51">
        <w:rPr>
          <w:rFonts w:ascii="Aptos" w:hAnsi="Aptos"/>
          <w:sz w:val="24"/>
          <w:szCs w:val="24"/>
        </w:rPr>
        <w:t>15</w:t>
      </w:r>
      <w:r w:rsidRPr="000F4FD0">
        <w:rPr>
          <w:rFonts w:ascii="Aptos" w:hAnsi="Aptos"/>
          <w:sz w:val="24"/>
          <w:szCs w:val="24"/>
        </w:rPr>
        <w:t xml:space="preserve"> mins)</w:t>
      </w:r>
    </w:p>
    <w:p w14:paraId="187A887E" w14:textId="4E4C7350" w:rsidR="005B063A" w:rsidRDefault="00000000">
      <w:pPr>
        <w:rPr>
          <w:rFonts w:ascii="Aptos" w:hAnsi="Aptos"/>
          <w:sz w:val="24"/>
          <w:szCs w:val="24"/>
        </w:rPr>
      </w:pPr>
      <w:r w:rsidRPr="000F4FD0">
        <w:rPr>
          <w:rFonts w:ascii="Aptos" w:hAnsi="Aptos"/>
          <w:sz w:val="24"/>
          <w:szCs w:val="24"/>
        </w:rPr>
        <w:t>Pick one platform and draft a complete post about your research. Think about:</w:t>
      </w:r>
    </w:p>
    <w:p w14:paraId="3FEB21F4" w14:textId="77777777" w:rsidR="005B063A" w:rsidRDefault="005B063A" w:rsidP="005B063A">
      <w:pPr>
        <w:pStyle w:val="ListParagraph"/>
        <w:numPr>
          <w:ilvl w:val="0"/>
          <w:numId w:val="20"/>
        </w:numPr>
        <w:rPr>
          <w:rFonts w:ascii="Aptos" w:hAnsi="Aptos"/>
          <w:sz w:val="24"/>
          <w:szCs w:val="24"/>
        </w:rPr>
      </w:pPr>
      <w:r w:rsidRPr="005B063A">
        <w:rPr>
          <w:rFonts w:ascii="Aptos" w:hAnsi="Aptos"/>
          <w:sz w:val="24"/>
          <w:szCs w:val="24"/>
        </w:rPr>
        <w:t>Plain language</w:t>
      </w:r>
    </w:p>
    <w:p w14:paraId="417938C1" w14:textId="77777777" w:rsidR="005B063A" w:rsidRDefault="005B063A" w:rsidP="005B063A">
      <w:pPr>
        <w:pStyle w:val="ListParagraph"/>
        <w:numPr>
          <w:ilvl w:val="0"/>
          <w:numId w:val="20"/>
        </w:numPr>
        <w:rPr>
          <w:rFonts w:ascii="Aptos" w:hAnsi="Aptos"/>
          <w:sz w:val="24"/>
          <w:szCs w:val="24"/>
        </w:rPr>
      </w:pPr>
      <w:r w:rsidRPr="005B063A">
        <w:rPr>
          <w:rFonts w:ascii="Aptos" w:hAnsi="Aptos"/>
          <w:sz w:val="24"/>
          <w:szCs w:val="24"/>
        </w:rPr>
        <w:t xml:space="preserve">Tone and audience </w:t>
      </w:r>
    </w:p>
    <w:p w14:paraId="4B7308EF" w14:textId="77777777" w:rsidR="005B063A" w:rsidRDefault="005B063A" w:rsidP="005B063A">
      <w:pPr>
        <w:pStyle w:val="ListParagraph"/>
        <w:numPr>
          <w:ilvl w:val="0"/>
          <w:numId w:val="20"/>
        </w:numPr>
        <w:rPr>
          <w:rFonts w:ascii="Aptos" w:hAnsi="Aptos"/>
          <w:sz w:val="24"/>
          <w:szCs w:val="24"/>
        </w:rPr>
      </w:pPr>
      <w:r w:rsidRPr="005B063A">
        <w:rPr>
          <w:rFonts w:ascii="Aptos" w:hAnsi="Aptos"/>
          <w:sz w:val="24"/>
          <w:szCs w:val="24"/>
        </w:rPr>
        <w:t xml:space="preserve">Images, analogies, storytelling </w:t>
      </w:r>
    </w:p>
    <w:p w14:paraId="59B6397E" w14:textId="77777777" w:rsidR="005B063A" w:rsidRDefault="005B063A" w:rsidP="005B063A">
      <w:pPr>
        <w:pStyle w:val="ListParagraph"/>
        <w:numPr>
          <w:ilvl w:val="0"/>
          <w:numId w:val="20"/>
        </w:numPr>
        <w:rPr>
          <w:rFonts w:ascii="Aptos" w:hAnsi="Aptos"/>
          <w:sz w:val="24"/>
          <w:szCs w:val="24"/>
        </w:rPr>
      </w:pPr>
      <w:r w:rsidRPr="005B063A">
        <w:rPr>
          <w:rFonts w:ascii="Aptos" w:hAnsi="Aptos"/>
          <w:sz w:val="24"/>
          <w:szCs w:val="24"/>
        </w:rPr>
        <w:t xml:space="preserve">Hashtags or links </w:t>
      </w:r>
    </w:p>
    <w:p w14:paraId="20531034" w14:textId="172AA2DA" w:rsidR="007557E8" w:rsidRPr="005B063A" w:rsidRDefault="00000000" w:rsidP="005B063A">
      <w:pPr>
        <w:rPr>
          <w:rFonts w:ascii="Aptos" w:hAnsi="Aptos"/>
          <w:sz w:val="24"/>
          <w:szCs w:val="24"/>
        </w:rPr>
      </w:pPr>
      <w:r w:rsidRPr="005B063A">
        <w:rPr>
          <w:rFonts w:ascii="Aptos" w:hAnsi="Aptos"/>
          <w:sz w:val="24"/>
          <w:szCs w:val="24"/>
        </w:rPr>
        <w:t>Draft here:</w:t>
      </w:r>
    </w:p>
    <w:p w14:paraId="22678561" w14:textId="77777777" w:rsidR="007557E8" w:rsidRDefault="007557E8">
      <w:pPr>
        <w:rPr>
          <w:rFonts w:ascii="Aptos" w:hAnsi="Aptos"/>
          <w:sz w:val="24"/>
          <w:szCs w:val="24"/>
        </w:rPr>
      </w:pPr>
    </w:p>
    <w:p w14:paraId="2E5E69C3" w14:textId="77777777" w:rsidR="007557E8" w:rsidRDefault="007557E8">
      <w:pPr>
        <w:rPr>
          <w:rFonts w:ascii="Aptos" w:hAnsi="Aptos"/>
          <w:sz w:val="24"/>
          <w:szCs w:val="24"/>
        </w:rPr>
      </w:pPr>
    </w:p>
    <w:p w14:paraId="26A4CF38" w14:textId="77777777" w:rsidR="007557E8" w:rsidRDefault="007557E8">
      <w:pPr>
        <w:rPr>
          <w:rFonts w:ascii="Aptos" w:hAnsi="Aptos"/>
          <w:sz w:val="24"/>
          <w:szCs w:val="24"/>
        </w:rPr>
      </w:pPr>
    </w:p>
    <w:p w14:paraId="509BD60B" w14:textId="77777777" w:rsidR="00C4095D" w:rsidRDefault="00C4095D">
      <w:pPr>
        <w:rPr>
          <w:rFonts w:ascii="Aptos" w:hAnsi="Aptos"/>
          <w:sz w:val="24"/>
          <w:szCs w:val="24"/>
        </w:rPr>
      </w:pPr>
    </w:p>
    <w:p w14:paraId="17F1A8ED" w14:textId="77777777" w:rsidR="00C4095D" w:rsidRDefault="00C4095D">
      <w:pPr>
        <w:rPr>
          <w:rFonts w:ascii="Aptos" w:hAnsi="Aptos"/>
          <w:sz w:val="24"/>
          <w:szCs w:val="24"/>
        </w:rPr>
      </w:pPr>
    </w:p>
    <w:p w14:paraId="32171641" w14:textId="77777777" w:rsidR="00C4095D" w:rsidRDefault="00C4095D">
      <w:pPr>
        <w:rPr>
          <w:rFonts w:ascii="Aptos" w:hAnsi="Aptos"/>
          <w:sz w:val="24"/>
          <w:szCs w:val="24"/>
        </w:rPr>
      </w:pPr>
    </w:p>
    <w:p w14:paraId="16FE6A99" w14:textId="77777777" w:rsidR="00C4095D" w:rsidRDefault="00C4095D">
      <w:pPr>
        <w:rPr>
          <w:rFonts w:ascii="Aptos" w:hAnsi="Aptos"/>
          <w:sz w:val="24"/>
          <w:szCs w:val="24"/>
        </w:rPr>
      </w:pPr>
    </w:p>
    <w:p w14:paraId="3BCC86E3" w14:textId="77777777" w:rsidR="00C4095D" w:rsidRDefault="00C4095D">
      <w:pPr>
        <w:rPr>
          <w:rFonts w:ascii="Aptos" w:hAnsi="Aptos"/>
          <w:sz w:val="24"/>
          <w:szCs w:val="24"/>
        </w:rPr>
      </w:pPr>
    </w:p>
    <w:p w14:paraId="59072701" w14:textId="77777777" w:rsidR="00C4095D" w:rsidRDefault="00C4095D">
      <w:pPr>
        <w:rPr>
          <w:rFonts w:ascii="Aptos" w:hAnsi="Aptos"/>
          <w:sz w:val="24"/>
          <w:szCs w:val="24"/>
        </w:rPr>
      </w:pPr>
    </w:p>
    <w:p w14:paraId="247298D9" w14:textId="77777777" w:rsidR="00C4095D" w:rsidRDefault="00C4095D">
      <w:pPr>
        <w:rPr>
          <w:rFonts w:ascii="Aptos" w:hAnsi="Aptos"/>
          <w:sz w:val="24"/>
          <w:szCs w:val="24"/>
        </w:rPr>
      </w:pPr>
    </w:p>
    <w:p w14:paraId="553D5EE0" w14:textId="77777777" w:rsidR="00C4095D" w:rsidRDefault="00C4095D">
      <w:pPr>
        <w:rPr>
          <w:rFonts w:ascii="Aptos" w:hAnsi="Aptos"/>
          <w:sz w:val="24"/>
          <w:szCs w:val="24"/>
        </w:rPr>
      </w:pPr>
    </w:p>
    <w:p w14:paraId="23A8258E" w14:textId="770C1C41" w:rsidR="00526543" w:rsidRPr="000F4FD0" w:rsidRDefault="00000000">
      <w:pPr>
        <w:rPr>
          <w:rFonts w:ascii="Aptos" w:hAnsi="Aptos"/>
          <w:sz w:val="24"/>
          <w:szCs w:val="24"/>
        </w:rPr>
      </w:pPr>
      <w:r w:rsidRPr="000F4FD0">
        <w:rPr>
          <w:rFonts w:ascii="Aptos" w:hAnsi="Aptos"/>
          <w:sz w:val="24"/>
          <w:szCs w:val="24"/>
        </w:rPr>
        <w:br/>
        <w:t>________________________</w:t>
      </w:r>
    </w:p>
    <w:p w14:paraId="04B56C84" w14:textId="56E4B22E" w:rsidR="00526543" w:rsidRPr="000F4FD0" w:rsidRDefault="00000000" w:rsidP="001D183D">
      <w:pPr>
        <w:pStyle w:val="Heading1"/>
        <w:spacing w:before="0"/>
        <w:rPr>
          <w:rFonts w:ascii="Aptos" w:hAnsi="Aptos"/>
          <w:sz w:val="24"/>
          <w:szCs w:val="24"/>
        </w:rPr>
      </w:pPr>
      <w:r w:rsidRPr="000F4FD0">
        <w:rPr>
          <w:rFonts w:ascii="Aptos" w:hAnsi="Aptos"/>
          <w:sz w:val="24"/>
          <w:szCs w:val="24"/>
        </w:rPr>
        <w:t>Wrap-Up and Takeaways</w:t>
      </w:r>
    </w:p>
    <w:p w14:paraId="453665F3" w14:textId="77777777" w:rsidR="007557E8" w:rsidRDefault="00000000" w:rsidP="007557E8">
      <w:pPr>
        <w:pStyle w:val="ListParagraph"/>
        <w:numPr>
          <w:ilvl w:val="0"/>
          <w:numId w:val="18"/>
        </w:numPr>
        <w:rPr>
          <w:rFonts w:ascii="Aptos" w:hAnsi="Aptos"/>
          <w:sz w:val="24"/>
          <w:szCs w:val="24"/>
        </w:rPr>
      </w:pPr>
      <w:r w:rsidRPr="007557E8">
        <w:rPr>
          <w:rFonts w:ascii="Aptos" w:hAnsi="Aptos"/>
          <w:b/>
          <w:bCs/>
          <w:sz w:val="24"/>
          <w:szCs w:val="24"/>
        </w:rPr>
        <w:t>Key reminders</w:t>
      </w:r>
      <w:r w:rsidRPr="007557E8">
        <w:rPr>
          <w:rFonts w:ascii="Aptos" w:hAnsi="Aptos"/>
          <w:sz w:val="24"/>
          <w:szCs w:val="24"/>
        </w:rPr>
        <w:t xml:space="preserve">: </w:t>
      </w:r>
      <w:r w:rsidR="007557E8" w:rsidRPr="007557E8">
        <w:rPr>
          <w:rFonts w:ascii="Aptos" w:hAnsi="Aptos"/>
          <w:sz w:val="24"/>
          <w:szCs w:val="24"/>
        </w:rPr>
        <w:t>The 3 Cs (</w:t>
      </w:r>
      <w:r w:rsidRPr="007557E8">
        <w:rPr>
          <w:rFonts w:ascii="Aptos" w:hAnsi="Aptos"/>
          <w:sz w:val="24"/>
          <w:szCs w:val="24"/>
        </w:rPr>
        <w:t xml:space="preserve">Clarity, Creativity, </w:t>
      </w:r>
      <w:r w:rsidR="007557E8" w:rsidRPr="007557E8">
        <w:rPr>
          <w:rFonts w:ascii="Aptos" w:hAnsi="Aptos"/>
          <w:sz w:val="24"/>
          <w:szCs w:val="24"/>
        </w:rPr>
        <w:t>Credibility), the AAPE strategy</w:t>
      </w:r>
    </w:p>
    <w:p w14:paraId="264D7083" w14:textId="4CC4BE86" w:rsidR="007557E8" w:rsidRDefault="007557E8" w:rsidP="007557E8">
      <w:pPr>
        <w:pStyle w:val="ListParagraph"/>
        <w:numPr>
          <w:ilvl w:val="0"/>
          <w:numId w:val="18"/>
        </w:numPr>
        <w:rPr>
          <w:rFonts w:ascii="Aptos" w:hAnsi="Aptos"/>
          <w:sz w:val="24"/>
          <w:szCs w:val="24"/>
        </w:rPr>
      </w:pPr>
      <w:r w:rsidRPr="007557E8">
        <w:rPr>
          <w:rFonts w:ascii="Aptos" w:hAnsi="Aptos"/>
          <w:b/>
          <w:bCs/>
          <w:sz w:val="24"/>
          <w:szCs w:val="24"/>
        </w:rPr>
        <w:t>Different platforms have different requirements</w:t>
      </w:r>
      <w:r w:rsidRPr="007557E8">
        <w:rPr>
          <w:rFonts w:ascii="Aptos" w:hAnsi="Aptos"/>
          <w:sz w:val="24"/>
          <w:szCs w:val="24"/>
        </w:rPr>
        <w:t xml:space="preserve">, and these make them suitable for </w:t>
      </w:r>
      <w:proofErr w:type="gramStart"/>
      <w:r w:rsidRPr="007557E8">
        <w:rPr>
          <w:rFonts w:ascii="Aptos" w:hAnsi="Aptos"/>
          <w:sz w:val="24"/>
          <w:szCs w:val="24"/>
        </w:rPr>
        <w:t>particular posts</w:t>
      </w:r>
      <w:proofErr w:type="gramEnd"/>
      <w:r w:rsidRPr="007557E8">
        <w:rPr>
          <w:rFonts w:ascii="Aptos" w:hAnsi="Aptos"/>
          <w:sz w:val="24"/>
          <w:szCs w:val="24"/>
        </w:rPr>
        <w:t xml:space="preserve"> </w:t>
      </w:r>
    </w:p>
    <w:p w14:paraId="3F10B2B5" w14:textId="0FE473AC" w:rsidR="00526543" w:rsidRDefault="00000000" w:rsidP="007557E8">
      <w:pPr>
        <w:pStyle w:val="ListParagraph"/>
        <w:numPr>
          <w:ilvl w:val="0"/>
          <w:numId w:val="18"/>
        </w:numPr>
        <w:rPr>
          <w:rFonts w:ascii="Aptos" w:hAnsi="Aptos"/>
          <w:sz w:val="24"/>
          <w:szCs w:val="24"/>
        </w:rPr>
      </w:pPr>
      <w:r w:rsidRPr="007557E8">
        <w:rPr>
          <w:rFonts w:ascii="Aptos" w:hAnsi="Aptos"/>
          <w:b/>
          <w:bCs/>
          <w:sz w:val="24"/>
          <w:szCs w:val="24"/>
        </w:rPr>
        <w:t>My next step for communicating my research online</w:t>
      </w:r>
      <w:r w:rsidR="007557E8">
        <w:rPr>
          <w:rFonts w:ascii="Aptos" w:hAnsi="Aptos"/>
          <w:sz w:val="24"/>
          <w:szCs w:val="24"/>
        </w:rPr>
        <w:t xml:space="preserve"> involves….</w:t>
      </w:r>
    </w:p>
    <w:p w14:paraId="1E0DD30D" w14:textId="0E3DE027" w:rsidR="001D183D" w:rsidRPr="001D183D" w:rsidRDefault="001D183D" w:rsidP="001D183D">
      <w:pPr>
        <w:rPr>
          <w:rFonts w:ascii="Aptos" w:hAnsi="Aptos"/>
        </w:rPr>
      </w:pPr>
      <w:r>
        <w:rPr>
          <w:rFonts w:ascii="Aptos" w:hAnsi="Aptos"/>
          <w:sz w:val="24"/>
          <w:szCs w:val="24"/>
        </w:rPr>
        <w:t>“</w:t>
      </w:r>
      <w:r w:rsidRPr="001D183D">
        <w:rPr>
          <w:rFonts w:ascii="Aptos" w:hAnsi="Aptos"/>
        </w:rPr>
        <w:t>Nothing in science has any value to society if it is not communicated, and scientists are beginning to learn their social obligations.</w:t>
      </w:r>
      <w:r>
        <w:rPr>
          <w:rFonts w:ascii="Aptos" w:hAnsi="Aptos"/>
        </w:rPr>
        <w:t xml:space="preserve">” </w:t>
      </w:r>
      <w:r w:rsidRPr="001D183D">
        <w:rPr>
          <w:rFonts w:ascii="Aptos" w:hAnsi="Aptos"/>
          <w:b/>
          <w:bCs/>
          <w:sz w:val="24"/>
          <w:szCs w:val="24"/>
        </w:rPr>
        <w:t xml:space="preserve">Anne Roe Simpson </w:t>
      </w:r>
      <w:r w:rsidRPr="001D183D">
        <w:rPr>
          <w:rFonts w:ascii="Aptos" w:hAnsi="Aptos"/>
          <w:sz w:val="24"/>
          <w:szCs w:val="24"/>
        </w:rPr>
        <w:t xml:space="preserve">(American clinical psychologist- 1904-1991) </w:t>
      </w:r>
    </w:p>
    <w:sectPr w:rsidR="001D183D" w:rsidRPr="001D183D" w:rsidSect="00034616">
      <w:headerReference w:type="even" r:id="rId32"/>
      <w:headerReference w:type="default" r:id="rId33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EFDE28A" w14:textId="77777777" w:rsidR="00295BE3" w:rsidRDefault="00295BE3" w:rsidP="000F4FD0">
      <w:pPr>
        <w:spacing w:after="0" w:line="240" w:lineRule="auto"/>
      </w:pPr>
      <w:r>
        <w:separator/>
      </w:r>
    </w:p>
  </w:endnote>
  <w:endnote w:type="continuationSeparator" w:id="0">
    <w:p w14:paraId="6366E174" w14:textId="77777777" w:rsidR="00295BE3" w:rsidRDefault="00295BE3" w:rsidP="000F4F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095E822" w14:textId="77777777" w:rsidR="00295BE3" w:rsidRDefault="00295BE3" w:rsidP="000F4FD0">
      <w:pPr>
        <w:spacing w:after="0" w:line="240" w:lineRule="auto"/>
      </w:pPr>
      <w:r>
        <w:separator/>
      </w:r>
    </w:p>
  </w:footnote>
  <w:footnote w:type="continuationSeparator" w:id="0">
    <w:p w14:paraId="260CE9A1" w14:textId="77777777" w:rsidR="00295BE3" w:rsidRDefault="00295BE3" w:rsidP="000F4FD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1324085832"/>
      <w:docPartObj>
        <w:docPartGallery w:val="Page Numbers (Top of Page)"/>
        <w:docPartUnique/>
      </w:docPartObj>
    </w:sdtPr>
    <w:sdtContent>
      <w:p w14:paraId="1CA2B9DD" w14:textId="715D6845" w:rsidR="000F4FD0" w:rsidRDefault="000F4FD0" w:rsidP="00457234">
        <w:pPr>
          <w:pStyle w:val="Head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</w:rPr>
          <w:fldChar w:fldCharType="end"/>
        </w:r>
      </w:p>
    </w:sdtContent>
  </w:sdt>
  <w:p w14:paraId="1F3057BD" w14:textId="77777777" w:rsidR="000F4FD0" w:rsidRDefault="000F4FD0" w:rsidP="000F4FD0">
    <w:pPr>
      <w:pStyle w:val="Header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8547B0C" w14:textId="3133C48F" w:rsidR="000F4FD0" w:rsidRPr="007A56CA" w:rsidRDefault="000F4FD0" w:rsidP="00457234">
    <w:pPr>
      <w:pStyle w:val="Header"/>
      <w:framePr w:wrap="none" w:vAnchor="text" w:hAnchor="margin" w:xAlign="right" w:y="1"/>
      <w:rPr>
        <w:rStyle w:val="PageNumber"/>
        <w:rFonts w:ascii="Aptos" w:hAnsi="Aptos"/>
      </w:rPr>
    </w:pPr>
    <w:r w:rsidRPr="007A56CA">
      <w:rPr>
        <w:rStyle w:val="PageNumber"/>
        <w:rFonts w:ascii="Aptos" w:hAnsi="Aptos"/>
      </w:rPr>
      <w:t>-</w:t>
    </w:r>
    <w:sdt>
      <w:sdtPr>
        <w:rPr>
          <w:rStyle w:val="PageNumber"/>
          <w:rFonts w:ascii="Aptos" w:hAnsi="Aptos"/>
        </w:rPr>
        <w:id w:val="1868482428"/>
        <w:docPartObj>
          <w:docPartGallery w:val="Page Numbers (Top of Page)"/>
          <w:docPartUnique/>
        </w:docPartObj>
      </w:sdtPr>
      <w:sdtContent>
        <w:r w:rsidRPr="007A56CA">
          <w:rPr>
            <w:rStyle w:val="PageNumber"/>
            <w:rFonts w:ascii="Aptos" w:hAnsi="Aptos"/>
          </w:rPr>
          <w:fldChar w:fldCharType="begin"/>
        </w:r>
        <w:r w:rsidRPr="007A56CA">
          <w:rPr>
            <w:rStyle w:val="PageNumber"/>
            <w:rFonts w:ascii="Aptos" w:hAnsi="Aptos"/>
          </w:rPr>
          <w:instrText xml:space="preserve"> PAGE </w:instrText>
        </w:r>
        <w:r w:rsidRPr="007A56CA">
          <w:rPr>
            <w:rStyle w:val="PageNumber"/>
            <w:rFonts w:ascii="Aptos" w:hAnsi="Aptos"/>
          </w:rPr>
          <w:fldChar w:fldCharType="separate"/>
        </w:r>
        <w:r w:rsidRPr="007A56CA">
          <w:rPr>
            <w:rStyle w:val="PageNumber"/>
            <w:rFonts w:ascii="Aptos" w:hAnsi="Aptos"/>
            <w:noProof/>
          </w:rPr>
          <w:t>1</w:t>
        </w:r>
        <w:r w:rsidRPr="007A56CA">
          <w:rPr>
            <w:rStyle w:val="PageNumber"/>
            <w:rFonts w:ascii="Aptos" w:hAnsi="Aptos"/>
          </w:rPr>
          <w:fldChar w:fldCharType="end"/>
        </w:r>
        <w:r w:rsidRPr="007A56CA">
          <w:rPr>
            <w:rStyle w:val="PageNumber"/>
            <w:rFonts w:ascii="Aptos" w:hAnsi="Aptos"/>
          </w:rPr>
          <w:t>-</w:t>
        </w:r>
      </w:sdtContent>
    </w:sdt>
  </w:p>
  <w:p w14:paraId="3B1CBB91" w14:textId="77777777" w:rsidR="000F4FD0" w:rsidRDefault="000F4FD0" w:rsidP="000F4FD0">
    <w:pPr>
      <w:pStyle w:val="Header"/>
      <w:ind w:right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280B7505"/>
    <w:multiLevelType w:val="hybridMultilevel"/>
    <w:tmpl w:val="232EFD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E423250"/>
    <w:multiLevelType w:val="multilevel"/>
    <w:tmpl w:val="B77C92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46392D1E"/>
    <w:multiLevelType w:val="hybridMultilevel"/>
    <w:tmpl w:val="ECF88A5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F826E09"/>
    <w:multiLevelType w:val="hybridMultilevel"/>
    <w:tmpl w:val="4E80F51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6612A33"/>
    <w:multiLevelType w:val="hybridMultilevel"/>
    <w:tmpl w:val="5E7A094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F8A2B5D"/>
    <w:multiLevelType w:val="hybridMultilevel"/>
    <w:tmpl w:val="6E5653A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94349808">
    <w:abstractNumId w:val="8"/>
  </w:num>
  <w:num w:numId="2" w16cid:durableId="1101072971">
    <w:abstractNumId w:val="6"/>
  </w:num>
  <w:num w:numId="3" w16cid:durableId="1221205774">
    <w:abstractNumId w:val="5"/>
  </w:num>
  <w:num w:numId="4" w16cid:durableId="2144808833">
    <w:abstractNumId w:val="4"/>
  </w:num>
  <w:num w:numId="5" w16cid:durableId="1230657534">
    <w:abstractNumId w:val="7"/>
  </w:num>
  <w:num w:numId="6" w16cid:durableId="289482606">
    <w:abstractNumId w:val="3"/>
  </w:num>
  <w:num w:numId="7" w16cid:durableId="2067096857">
    <w:abstractNumId w:val="2"/>
  </w:num>
  <w:num w:numId="8" w16cid:durableId="1845514811">
    <w:abstractNumId w:val="1"/>
  </w:num>
  <w:num w:numId="9" w16cid:durableId="72050653">
    <w:abstractNumId w:val="0"/>
  </w:num>
  <w:num w:numId="10" w16cid:durableId="1951467221">
    <w:abstractNumId w:val="10"/>
  </w:num>
  <w:num w:numId="11" w16cid:durableId="1458640755">
    <w:abstractNumId w:val="10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12" w16cid:durableId="1078820375">
    <w:abstractNumId w:val="10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13" w16cid:durableId="60763032">
    <w:abstractNumId w:val="10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14" w16cid:durableId="485826529">
    <w:abstractNumId w:val="10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15" w16cid:durableId="1400516232">
    <w:abstractNumId w:val="10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16" w16cid:durableId="1877810635">
    <w:abstractNumId w:val="12"/>
  </w:num>
  <w:num w:numId="17" w16cid:durableId="1142429568">
    <w:abstractNumId w:val="11"/>
  </w:num>
  <w:num w:numId="18" w16cid:durableId="517934406">
    <w:abstractNumId w:val="13"/>
  </w:num>
  <w:num w:numId="19" w16cid:durableId="1536118338">
    <w:abstractNumId w:val="9"/>
  </w:num>
  <w:num w:numId="20" w16cid:durableId="39864424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730"/>
    <w:rsid w:val="00034616"/>
    <w:rsid w:val="000475EB"/>
    <w:rsid w:val="0006063C"/>
    <w:rsid w:val="000E3725"/>
    <w:rsid w:val="000F4FD0"/>
    <w:rsid w:val="00106CE9"/>
    <w:rsid w:val="00120D6B"/>
    <w:rsid w:val="00123FE7"/>
    <w:rsid w:val="0015074B"/>
    <w:rsid w:val="001874CB"/>
    <w:rsid w:val="001D183D"/>
    <w:rsid w:val="001D1C61"/>
    <w:rsid w:val="002739CC"/>
    <w:rsid w:val="0029163A"/>
    <w:rsid w:val="00293B5E"/>
    <w:rsid w:val="00295BE3"/>
    <w:rsid w:val="0029639D"/>
    <w:rsid w:val="002E2A55"/>
    <w:rsid w:val="003024CE"/>
    <w:rsid w:val="00303C77"/>
    <w:rsid w:val="00326F90"/>
    <w:rsid w:val="003867FE"/>
    <w:rsid w:val="003B3F37"/>
    <w:rsid w:val="003D18A8"/>
    <w:rsid w:val="003E71B8"/>
    <w:rsid w:val="004010C5"/>
    <w:rsid w:val="0042396F"/>
    <w:rsid w:val="00447592"/>
    <w:rsid w:val="004F53A5"/>
    <w:rsid w:val="00526543"/>
    <w:rsid w:val="005275A1"/>
    <w:rsid w:val="005B063A"/>
    <w:rsid w:val="005F3853"/>
    <w:rsid w:val="00604033"/>
    <w:rsid w:val="00613BD9"/>
    <w:rsid w:val="00634F5E"/>
    <w:rsid w:val="006861EF"/>
    <w:rsid w:val="006C4DC6"/>
    <w:rsid w:val="006C6682"/>
    <w:rsid w:val="006E2478"/>
    <w:rsid w:val="007557E8"/>
    <w:rsid w:val="00760B1D"/>
    <w:rsid w:val="00791046"/>
    <w:rsid w:val="007A56CA"/>
    <w:rsid w:val="007C1E88"/>
    <w:rsid w:val="0083097B"/>
    <w:rsid w:val="008C1F5D"/>
    <w:rsid w:val="008E497B"/>
    <w:rsid w:val="00931F57"/>
    <w:rsid w:val="0094237F"/>
    <w:rsid w:val="009A73E5"/>
    <w:rsid w:val="00A64D7D"/>
    <w:rsid w:val="00A84C91"/>
    <w:rsid w:val="00AA1D8D"/>
    <w:rsid w:val="00B02AFA"/>
    <w:rsid w:val="00B32A6F"/>
    <w:rsid w:val="00B47730"/>
    <w:rsid w:val="00B70D51"/>
    <w:rsid w:val="00BA654B"/>
    <w:rsid w:val="00C4095D"/>
    <w:rsid w:val="00C64681"/>
    <w:rsid w:val="00C77609"/>
    <w:rsid w:val="00C9230A"/>
    <w:rsid w:val="00CA05DF"/>
    <w:rsid w:val="00CB0664"/>
    <w:rsid w:val="00D73449"/>
    <w:rsid w:val="00DE2B04"/>
    <w:rsid w:val="00DF2CD3"/>
    <w:rsid w:val="00E22E6E"/>
    <w:rsid w:val="00E4591B"/>
    <w:rsid w:val="00E56793"/>
    <w:rsid w:val="00EF0360"/>
    <w:rsid w:val="00F82972"/>
    <w:rsid w:val="00F832F7"/>
    <w:rsid w:val="00FC693F"/>
    <w:rsid w:val="00FD7933"/>
    <w:rsid w:val="00FF5C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9F81100"/>
  <w14:defaultImageDpi w14:val="300"/>
  <w15:docId w15:val="{A05E99C5-6271-4947-9258-25BFB22144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  <w:rPr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u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urfulShading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urfulShading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urfulShading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urfulShading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urfulShading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urfulShading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u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urfulList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urfulList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urfulList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urfulList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urfulList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urfulList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u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urfulGrid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urfulGrid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urfulGrid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urfulGrid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urfulGrid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urfulGrid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character" w:styleId="Hyperlink">
    <w:name w:val="Hyperlink"/>
    <w:basedOn w:val="DefaultParagraphFont"/>
    <w:uiPriority w:val="99"/>
    <w:unhideWhenUsed/>
    <w:rsid w:val="000F4FD0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F4FD0"/>
    <w:rPr>
      <w:color w:val="605E5C"/>
      <w:shd w:val="clear" w:color="auto" w:fill="E1DFDD"/>
    </w:rPr>
  </w:style>
  <w:style w:type="character" w:styleId="PageNumber">
    <w:name w:val="page number"/>
    <w:basedOn w:val="DefaultParagraphFont"/>
    <w:uiPriority w:val="99"/>
    <w:semiHidden/>
    <w:unhideWhenUsed/>
    <w:rsid w:val="000F4FD0"/>
  </w:style>
  <w:style w:type="paragraph" w:customStyle="1" w:styleId="menu-item">
    <w:name w:val="menu-item"/>
    <w:basedOn w:val="Normal"/>
    <w:rsid w:val="00634F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NormalWeb">
    <w:name w:val="Normal (Web)"/>
    <w:basedOn w:val="Normal"/>
    <w:uiPriority w:val="99"/>
    <w:semiHidden/>
    <w:unhideWhenUsed/>
    <w:rsid w:val="001D183D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publicengagement.ac.uk/" TargetMode="External"/><Relationship Id="rId18" Type="http://schemas.openxmlformats.org/officeDocument/2006/relationships/hyperlink" Target="https://www.instagram.com/p/DNif9QkI81s/" TargetMode="External"/><Relationship Id="rId26" Type="http://schemas.openxmlformats.org/officeDocument/2006/relationships/image" Target="media/image9.jpg"/><Relationship Id="rId3" Type="http://schemas.openxmlformats.org/officeDocument/2006/relationships/styles" Target="styles.xml"/><Relationship Id="rId21" Type="http://schemas.openxmlformats.org/officeDocument/2006/relationships/image" Target="media/image60.jp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jpg"/><Relationship Id="rId17" Type="http://schemas.openxmlformats.org/officeDocument/2006/relationships/image" Target="media/image50.png"/><Relationship Id="rId25" Type="http://schemas.openxmlformats.org/officeDocument/2006/relationships/image" Target="media/image80.jpg"/><Relationship Id="rId33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40.png"/><Relationship Id="rId20" Type="http://schemas.openxmlformats.org/officeDocument/2006/relationships/image" Target="media/image6.jpg"/><Relationship Id="rId29" Type="http://schemas.openxmlformats.org/officeDocument/2006/relationships/image" Target="media/image11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doi.org/10.1016/j.ebr.2021.100493" TargetMode="External"/><Relationship Id="rId24" Type="http://schemas.openxmlformats.org/officeDocument/2006/relationships/image" Target="media/image70.jpg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8.jpg"/><Relationship Id="rId28" Type="http://schemas.openxmlformats.org/officeDocument/2006/relationships/image" Target="media/image10.png"/><Relationship Id="rId10" Type="http://schemas.openxmlformats.org/officeDocument/2006/relationships/hyperlink" Target="https://doi.org/10.1515/text-2020-2059" TargetMode="External"/><Relationship Id="rId19" Type="http://schemas.openxmlformats.org/officeDocument/2006/relationships/hyperlink" Target="https://www.instagram.com/p/DNif9QkI81s/" TargetMode="External"/><Relationship Id="rId31" Type="http://schemas.openxmlformats.org/officeDocument/2006/relationships/image" Target="media/image13.jp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4.png"/><Relationship Id="rId22" Type="http://schemas.openxmlformats.org/officeDocument/2006/relationships/image" Target="media/image7.jpg"/><Relationship Id="rId27" Type="http://schemas.openxmlformats.org/officeDocument/2006/relationships/image" Target="media/image90.jpg"/><Relationship Id="rId30" Type="http://schemas.openxmlformats.org/officeDocument/2006/relationships/image" Target="media/image12.jpg"/><Relationship Id="rId35" Type="http://schemas.openxmlformats.org/officeDocument/2006/relationships/theme" Target="theme/theme1.xml"/><Relationship Id="rId8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6</Pages>
  <Words>539</Words>
  <Characters>3078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3610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Julio Gimenez</cp:lastModifiedBy>
  <cp:revision>10</cp:revision>
  <dcterms:created xsi:type="dcterms:W3CDTF">2025-09-23T10:34:00Z</dcterms:created>
  <dcterms:modified xsi:type="dcterms:W3CDTF">2025-09-25T08:00:00Z</dcterms:modified>
  <cp:category/>
</cp:coreProperties>
</file>